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7553F" w14:textId="77777777" w:rsidR="003E2E2A" w:rsidRPr="003E2E2A" w:rsidRDefault="003E2E2A" w:rsidP="003E2E2A">
      <w:pPr>
        <w:pStyle w:val="Title"/>
      </w:pPr>
      <w:r w:rsidRPr="003E2E2A">
        <w:t>DUTAS SQL Agent Job Scheduling System</w:t>
      </w:r>
    </w:p>
    <w:p w14:paraId="3F5E15D9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  <w:i/>
          <w:iCs/>
        </w:rPr>
        <w:t>Configuration and Operations Document (v0.2)</w:t>
      </w:r>
    </w:p>
    <w:p w14:paraId="1778F602" w14:textId="5D6CDF88" w:rsidR="003E2E2A" w:rsidRPr="003E2E2A" w:rsidRDefault="003E2E2A" w:rsidP="003E2E2A">
      <w:r w:rsidRPr="003E2E2A">
        <w:rPr>
          <w:b/>
          <w:bCs/>
        </w:rPr>
        <w:t>Prepared by:</w:t>
      </w:r>
      <w:r w:rsidRPr="003E2E2A">
        <w:t xml:space="preserve"> </w:t>
      </w:r>
      <w:r w:rsidRPr="003E2E2A">
        <w:rPr>
          <w:rFonts w:ascii="Segoe UI Emoji" w:hAnsi="Segoe UI Emoji" w:cs="Segoe UI Emoji"/>
        </w:rPr>
        <w:t>🔹</w:t>
      </w:r>
      <w:r w:rsidRPr="003E2E2A">
        <w:t>_</w:t>
      </w:r>
      <w:r>
        <w:t>Neeraj Kumar</w:t>
      </w:r>
      <w:r w:rsidRPr="003E2E2A">
        <w:t>_</w:t>
      </w:r>
      <w:r w:rsidRPr="003E2E2A">
        <w:br/>
      </w:r>
      <w:r w:rsidRPr="003E2E2A">
        <w:rPr>
          <w:b/>
          <w:bCs/>
        </w:rPr>
        <w:t>Role:</w:t>
      </w:r>
      <w:r w:rsidRPr="003E2E2A">
        <w:t xml:space="preserve"> Senior SQL Server Developer – INNOVA Consulting</w:t>
      </w:r>
      <w:r w:rsidRPr="003E2E2A">
        <w:br/>
      </w:r>
      <w:r w:rsidRPr="003E2E2A">
        <w:rPr>
          <w:b/>
          <w:bCs/>
        </w:rPr>
        <w:t>Date:</w:t>
      </w:r>
      <w:r w:rsidRPr="003E2E2A">
        <w:t xml:space="preserve"> </w:t>
      </w:r>
      <w:r w:rsidRPr="003E2E2A">
        <w:rPr>
          <w:rFonts w:ascii="Segoe UI Emoji" w:hAnsi="Segoe UI Emoji" w:cs="Segoe UI Emoji"/>
        </w:rPr>
        <w:t>🔹</w:t>
      </w:r>
      <w:r w:rsidRPr="003E2E2A">
        <w:t>_</w:t>
      </w:r>
      <w:r>
        <w:t>10-06-2025</w:t>
      </w:r>
      <w:r w:rsidRPr="003E2E2A">
        <w:t>_</w:t>
      </w:r>
    </w:p>
    <w:p w14:paraId="16826BD8" w14:textId="77777777" w:rsidR="003E2E2A" w:rsidRPr="003E2E2A" w:rsidRDefault="003E2E2A" w:rsidP="003E2E2A">
      <w:r w:rsidRPr="003E2E2A">
        <w:pict w14:anchorId="523CC477">
          <v:rect id="_x0000_i1349" style="width:0;height:1.5pt" o:hralign="center" o:hrstd="t" o:hr="t" fillcolor="#a0a0a0" stroked="f"/>
        </w:pict>
      </w:r>
    </w:p>
    <w:p w14:paraId="246FEB07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1. Purpose</w:t>
      </w:r>
    </w:p>
    <w:p w14:paraId="74982FCD" w14:textId="77777777" w:rsidR="003E2E2A" w:rsidRPr="003E2E2A" w:rsidRDefault="003E2E2A" w:rsidP="003E2E2A">
      <w:r w:rsidRPr="003E2E2A">
        <w:t>This document defines the configuration, design, and operational workflow of the DUTAS Batch Job Scheduling System built on Microsoft SQL Server.</w:t>
      </w:r>
      <w:r w:rsidRPr="003E2E2A">
        <w:br/>
        <w:t>It provides a single point of reference for development, deployment, and maintenance of all SQL Agent jobs supporting DUTAS batch automation.</w:t>
      </w:r>
    </w:p>
    <w:p w14:paraId="0D6EB786" w14:textId="77777777" w:rsidR="003E2E2A" w:rsidRPr="003E2E2A" w:rsidRDefault="003E2E2A" w:rsidP="003E2E2A">
      <w:r w:rsidRPr="003E2E2A">
        <w:pict w14:anchorId="0049E77F">
          <v:rect id="_x0000_i1350" style="width:0;height:1.5pt" o:hralign="center" o:hrstd="t" o:hr="t" fillcolor="#a0a0a0" stroked="f"/>
        </w:pict>
      </w:r>
    </w:p>
    <w:p w14:paraId="6B834075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2. System Overview</w:t>
      </w:r>
    </w:p>
    <w:p w14:paraId="254CABDC" w14:textId="77777777" w:rsidR="003E2E2A" w:rsidRPr="003E2E2A" w:rsidRDefault="003E2E2A" w:rsidP="003E2E2A">
      <w:r w:rsidRPr="003E2E2A">
        <w:t>The DUTAS scheduler coordinates all automated batch operations through SQL Agent, T-SQL stored procedures, and PowerShell scripts.</w:t>
      </w:r>
      <w:r w:rsidRPr="003E2E2A">
        <w:br/>
        <w:t>Each environment (Development, Test, Production) maintains its own control database to ensure isolation and traceability.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5"/>
        <w:gridCol w:w="6875"/>
      </w:tblGrid>
      <w:tr w:rsidR="003E2E2A" w:rsidRPr="003E2E2A" w14:paraId="5D71C4D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969EB5F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14:paraId="3F7743D3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Description</w:t>
            </w:r>
          </w:p>
        </w:tc>
      </w:tr>
      <w:tr w:rsidR="003E2E2A" w:rsidRPr="003E2E2A" w14:paraId="2C063C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99B8CF" w14:textId="77777777" w:rsidR="003E2E2A" w:rsidRPr="003E2E2A" w:rsidRDefault="003E2E2A" w:rsidP="003E2E2A">
            <w:r w:rsidRPr="003E2E2A">
              <w:rPr>
                <w:b/>
                <w:bCs/>
              </w:rPr>
              <w:t>SQL Server Instance</w:t>
            </w:r>
          </w:p>
        </w:tc>
        <w:tc>
          <w:tcPr>
            <w:tcW w:w="0" w:type="auto"/>
            <w:vAlign w:val="center"/>
            <w:hideMark/>
          </w:tcPr>
          <w:p w14:paraId="5453C054" w14:textId="77777777" w:rsidR="003E2E2A" w:rsidRPr="003E2E2A" w:rsidRDefault="003E2E2A" w:rsidP="003E2E2A">
            <w:r w:rsidRPr="003E2E2A">
              <w:t>DOES-DUTAS-SQL1 hosts Dev, Test, and Prod scheduling databases and the SQL Agent.</w:t>
            </w:r>
          </w:p>
        </w:tc>
      </w:tr>
      <w:tr w:rsidR="003E2E2A" w:rsidRPr="003E2E2A" w14:paraId="36C665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45D00B" w14:textId="77777777" w:rsidR="003E2E2A" w:rsidRPr="003E2E2A" w:rsidRDefault="003E2E2A" w:rsidP="003E2E2A">
            <w:r w:rsidRPr="003E2E2A">
              <w:rPr>
                <w:b/>
                <w:bCs/>
              </w:rPr>
              <w:t>Databases</w:t>
            </w:r>
          </w:p>
        </w:tc>
        <w:tc>
          <w:tcPr>
            <w:tcW w:w="0" w:type="auto"/>
            <w:vAlign w:val="center"/>
            <w:hideMark/>
          </w:tcPr>
          <w:p w14:paraId="3F4AE1D4" w14:textId="77777777" w:rsidR="003E2E2A" w:rsidRPr="003E2E2A" w:rsidRDefault="003E2E2A" w:rsidP="003E2E2A">
            <w:proofErr w:type="spellStart"/>
            <w:r w:rsidRPr="003E2E2A">
              <w:t>DevlDUTASJobSchedule</w:t>
            </w:r>
            <w:proofErr w:type="spellEnd"/>
            <w:r w:rsidRPr="003E2E2A">
              <w:t xml:space="preserve">, </w:t>
            </w:r>
            <w:proofErr w:type="spellStart"/>
            <w:r w:rsidRPr="003E2E2A">
              <w:t>TestDUTASJobSchedule</w:t>
            </w:r>
            <w:proofErr w:type="spellEnd"/>
            <w:r w:rsidRPr="003E2E2A">
              <w:t xml:space="preserve">, </w:t>
            </w:r>
            <w:proofErr w:type="spellStart"/>
            <w:r w:rsidRPr="003E2E2A">
              <w:t>ProdDUTASJobSchedule</w:t>
            </w:r>
            <w:proofErr w:type="spellEnd"/>
            <w:r w:rsidRPr="003E2E2A">
              <w:t>.</w:t>
            </w:r>
          </w:p>
        </w:tc>
      </w:tr>
      <w:tr w:rsidR="003E2E2A" w:rsidRPr="003E2E2A" w14:paraId="0FF6CA0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3D0107" w14:textId="77777777" w:rsidR="003E2E2A" w:rsidRPr="003E2E2A" w:rsidRDefault="003E2E2A" w:rsidP="003E2E2A">
            <w:r w:rsidRPr="003E2E2A">
              <w:rPr>
                <w:b/>
                <w:bCs/>
              </w:rPr>
              <w:t>SQL Agent Jobs</w:t>
            </w:r>
          </w:p>
        </w:tc>
        <w:tc>
          <w:tcPr>
            <w:tcW w:w="0" w:type="auto"/>
            <w:vAlign w:val="center"/>
            <w:hideMark/>
          </w:tcPr>
          <w:p w14:paraId="635D5E48" w14:textId="77777777" w:rsidR="003E2E2A" w:rsidRPr="003E2E2A" w:rsidRDefault="003E2E2A" w:rsidP="003E2E2A">
            <w:r w:rsidRPr="003E2E2A">
              <w:t xml:space="preserve">Created dynamically per </w:t>
            </w:r>
            <w:proofErr w:type="spellStart"/>
            <w:r w:rsidRPr="003E2E2A">
              <w:t>JobControl</w:t>
            </w:r>
            <w:proofErr w:type="spellEnd"/>
            <w:r w:rsidRPr="003E2E2A">
              <w:t xml:space="preserve"> entry using a standardized 3-step job pattern.</w:t>
            </w:r>
          </w:p>
        </w:tc>
      </w:tr>
      <w:tr w:rsidR="003E2E2A" w:rsidRPr="003E2E2A" w14:paraId="64FB659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B00D50" w14:textId="77777777" w:rsidR="003E2E2A" w:rsidRPr="003E2E2A" w:rsidRDefault="003E2E2A" w:rsidP="003E2E2A">
            <w:r w:rsidRPr="003E2E2A">
              <w:rPr>
                <w:b/>
                <w:bCs/>
              </w:rPr>
              <w:t>PowerShell Scripts</w:t>
            </w:r>
          </w:p>
        </w:tc>
        <w:tc>
          <w:tcPr>
            <w:tcW w:w="0" w:type="auto"/>
            <w:vAlign w:val="center"/>
            <w:hideMark/>
          </w:tcPr>
          <w:p w14:paraId="41FB6917" w14:textId="77777777" w:rsidR="003E2E2A" w:rsidRPr="003E2E2A" w:rsidRDefault="003E2E2A" w:rsidP="003E2E2A">
            <w:r w:rsidRPr="003E2E2A">
              <w:t>Invoked by SQL Agent to trigger, log, and manage remote batch execution.</w:t>
            </w:r>
          </w:p>
        </w:tc>
      </w:tr>
      <w:tr w:rsidR="003E2E2A" w:rsidRPr="003E2E2A" w14:paraId="6486F22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74D0E2" w14:textId="77777777" w:rsidR="003E2E2A" w:rsidRPr="003E2E2A" w:rsidRDefault="003E2E2A" w:rsidP="003E2E2A">
            <w:r w:rsidRPr="003E2E2A">
              <w:rPr>
                <w:b/>
                <w:bCs/>
              </w:rPr>
              <w:t>Backups</w:t>
            </w:r>
          </w:p>
        </w:tc>
        <w:tc>
          <w:tcPr>
            <w:tcW w:w="0" w:type="auto"/>
            <w:vAlign w:val="center"/>
            <w:hideMark/>
          </w:tcPr>
          <w:p w14:paraId="6B7E3A14" w14:textId="77777777" w:rsidR="003E2E2A" w:rsidRPr="003E2E2A" w:rsidRDefault="003E2E2A" w:rsidP="003E2E2A">
            <w:r w:rsidRPr="003E2E2A">
              <w:t xml:space="preserve">Job definitions </w:t>
            </w:r>
            <w:proofErr w:type="gramStart"/>
            <w:r w:rsidRPr="003E2E2A">
              <w:t>exported</w:t>
            </w:r>
            <w:proofErr w:type="gramEnd"/>
            <w:r w:rsidRPr="003E2E2A">
              <w:t xml:space="preserve"> and archived via automated PowerShell script prior to promotion.</w:t>
            </w:r>
          </w:p>
        </w:tc>
      </w:tr>
    </w:tbl>
    <w:p w14:paraId="28047067" w14:textId="77777777" w:rsidR="003E2E2A" w:rsidRPr="003E2E2A" w:rsidRDefault="003E2E2A" w:rsidP="003E2E2A">
      <w:r w:rsidRPr="003E2E2A">
        <w:lastRenderedPageBreak/>
        <w:pict w14:anchorId="2E429395">
          <v:rect id="_x0000_i1351" style="width:0;height:1.5pt" o:hralign="center" o:hrstd="t" o:hr="t" fillcolor="#a0a0a0" stroked="f"/>
        </w:pict>
      </w:r>
    </w:p>
    <w:p w14:paraId="4D58D5AA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3. Job Execution Pattern</w:t>
      </w:r>
    </w:p>
    <w:p w14:paraId="6409C814" w14:textId="77777777" w:rsidR="003E2E2A" w:rsidRPr="003E2E2A" w:rsidRDefault="003E2E2A" w:rsidP="003E2E2A">
      <w:r w:rsidRPr="003E2E2A">
        <w:t xml:space="preserve">Each SQL Agent job follows a consistent three-step structure defined in </w:t>
      </w:r>
      <w:proofErr w:type="spellStart"/>
      <w:r w:rsidRPr="003E2E2A">
        <w:t>usp_CreateSQLAgentJob</w:t>
      </w:r>
      <w:proofErr w:type="spellEnd"/>
      <w:r w:rsidRPr="003E2E2A"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2"/>
        <w:gridCol w:w="5456"/>
        <w:gridCol w:w="1162"/>
      </w:tblGrid>
      <w:tr w:rsidR="003E2E2A" w:rsidRPr="003E2E2A" w14:paraId="26E50A8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4D81A1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14:paraId="4672D993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3F11BF4F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Subsystem</w:t>
            </w:r>
          </w:p>
        </w:tc>
      </w:tr>
      <w:tr w:rsidR="003E2E2A" w:rsidRPr="003E2E2A" w14:paraId="1710D41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D27653" w14:textId="77777777" w:rsidR="003E2E2A" w:rsidRPr="003E2E2A" w:rsidRDefault="003E2E2A" w:rsidP="003E2E2A">
            <w:r w:rsidRPr="003E2E2A">
              <w:rPr>
                <w:b/>
                <w:bCs/>
              </w:rPr>
              <w:t>1. Pre-check Conditions</w:t>
            </w:r>
          </w:p>
        </w:tc>
        <w:tc>
          <w:tcPr>
            <w:tcW w:w="0" w:type="auto"/>
            <w:vAlign w:val="center"/>
            <w:hideMark/>
          </w:tcPr>
          <w:p w14:paraId="14122359" w14:textId="77777777" w:rsidR="003E2E2A" w:rsidRPr="003E2E2A" w:rsidRDefault="003E2E2A" w:rsidP="003E2E2A">
            <w:r w:rsidRPr="003E2E2A">
              <w:t xml:space="preserve">Runs </w:t>
            </w:r>
            <w:proofErr w:type="spellStart"/>
            <w:r w:rsidRPr="003E2E2A">
              <w:t>usp_CheckJobConditions_</w:t>
            </w:r>
            <w:proofErr w:type="gramStart"/>
            <w:r w:rsidRPr="003E2E2A">
              <w:t>Generic</w:t>
            </w:r>
            <w:proofErr w:type="spellEnd"/>
            <w:r w:rsidRPr="003E2E2A">
              <w:t xml:space="preserve"> @</w:t>
            </w:r>
            <w:proofErr w:type="gramEnd"/>
            <w:r w:rsidRPr="003E2E2A">
              <w:t>JobName to verify dependencies.</w:t>
            </w:r>
          </w:p>
        </w:tc>
        <w:tc>
          <w:tcPr>
            <w:tcW w:w="0" w:type="auto"/>
            <w:vAlign w:val="center"/>
            <w:hideMark/>
          </w:tcPr>
          <w:p w14:paraId="16E2D4F7" w14:textId="77777777" w:rsidR="003E2E2A" w:rsidRPr="003E2E2A" w:rsidRDefault="003E2E2A" w:rsidP="003E2E2A">
            <w:r w:rsidRPr="003E2E2A">
              <w:t>T-SQL</w:t>
            </w:r>
          </w:p>
        </w:tc>
      </w:tr>
      <w:tr w:rsidR="003E2E2A" w:rsidRPr="003E2E2A" w14:paraId="4209A6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A506FC" w14:textId="77777777" w:rsidR="003E2E2A" w:rsidRPr="003E2E2A" w:rsidRDefault="003E2E2A" w:rsidP="003E2E2A">
            <w:r w:rsidRPr="003E2E2A">
              <w:rPr>
                <w:b/>
                <w:bCs/>
              </w:rPr>
              <w:t>2. Execute Job Script</w:t>
            </w:r>
          </w:p>
        </w:tc>
        <w:tc>
          <w:tcPr>
            <w:tcW w:w="0" w:type="auto"/>
            <w:vAlign w:val="center"/>
            <w:hideMark/>
          </w:tcPr>
          <w:p w14:paraId="0509FE31" w14:textId="77777777" w:rsidR="003E2E2A" w:rsidRPr="003E2E2A" w:rsidRDefault="003E2E2A" w:rsidP="003E2E2A">
            <w:r w:rsidRPr="003E2E2A">
              <w:t>Runs Execute-RemoteJob.ps1 –</w:t>
            </w:r>
            <w:proofErr w:type="spellStart"/>
            <w:r w:rsidRPr="003E2E2A">
              <w:t>JobName</w:t>
            </w:r>
            <w:proofErr w:type="spellEnd"/>
            <w:r w:rsidRPr="003E2E2A">
              <w:t xml:space="preserve"> –Env for remote processing.</w:t>
            </w:r>
          </w:p>
        </w:tc>
        <w:tc>
          <w:tcPr>
            <w:tcW w:w="0" w:type="auto"/>
            <w:vAlign w:val="center"/>
            <w:hideMark/>
          </w:tcPr>
          <w:p w14:paraId="6B694F07" w14:textId="77777777" w:rsidR="003E2E2A" w:rsidRPr="003E2E2A" w:rsidRDefault="003E2E2A" w:rsidP="003E2E2A">
            <w:proofErr w:type="spellStart"/>
            <w:r w:rsidRPr="003E2E2A">
              <w:t>CmdExec</w:t>
            </w:r>
            <w:proofErr w:type="spellEnd"/>
          </w:p>
        </w:tc>
      </w:tr>
      <w:tr w:rsidR="003E2E2A" w:rsidRPr="003E2E2A" w14:paraId="6ED2808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3F5FE7" w14:textId="77777777" w:rsidR="003E2E2A" w:rsidRPr="003E2E2A" w:rsidRDefault="003E2E2A" w:rsidP="003E2E2A">
            <w:r w:rsidRPr="003E2E2A">
              <w:rPr>
                <w:b/>
                <w:bCs/>
              </w:rPr>
              <w:t>3. Update Execution Status</w:t>
            </w:r>
          </w:p>
        </w:tc>
        <w:tc>
          <w:tcPr>
            <w:tcW w:w="0" w:type="auto"/>
            <w:vAlign w:val="center"/>
            <w:hideMark/>
          </w:tcPr>
          <w:p w14:paraId="254EE3E8" w14:textId="77777777" w:rsidR="003E2E2A" w:rsidRPr="003E2E2A" w:rsidRDefault="003E2E2A" w:rsidP="003E2E2A">
            <w:r w:rsidRPr="003E2E2A">
              <w:t xml:space="preserve">Updates job outcome through </w:t>
            </w:r>
            <w:proofErr w:type="spellStart"/>
            <w:r w:rsidRPr="003E2E2A">
              <w:t>usp_UpdateJobStatus_</w:t>
            </w:r>
            <w:proofErr w:type="gramStart"/>
            <w:r w:rsidRPr="003E2E2A">
              <w:t>Generic</w:t>
            </w:r>
            <w:proofErr w:type="spellEnd"/>
            <w:r w:rsidRPr="003E2E2A">
              <w:t xml:space="preserve"> @</w:t>
            </w:r>
            <w:proofErr w:type="gramEnd"/>
            <w:r w:rsidRPr="003E2E2A">
              <w:t>JobName.</w:t>
            </w:r>
          </w:p>
        </w:tc>
        <w:tc>
          <w:tcPr>
            <w:tcW w:w="0" w:type="auto"/>
            <w:vAlign w:val="center"/>
            <w:hideMark/>
          </w:tcPr>
          <w:p w14:paraId="5E89FD97" w14:textId="77777777" w:rsidR="003E2E2A" w:rsidRPr="003E2E2A" w:rsidRDefault="003E2E2A" w:rsidP="003E2E2A">
            <w:r w:rsidRPr="003E2E2A">
              <w:t>T-SQL</w:t>
            </w:r>
          </w:p>
        </w:tc>
      </w:tr>
    </w:tbl>
    <w:p w14:paraId="1C9A238C" w14:textId="77777777" w:rsidR="003E2E2A" w:rsidRPr="003E2E2A" w:rsidRDefault="003E2E2A" w:rsidP="003E2E2A">
      <w:r w:rsidRPr="003E2E2A">
        <w:pict w14:anchorId="4B24878F">
          <v:rect id="_x0000_i1352" style="width:0;height:1.5pt" o:hralign="center" o:hrstd="t" o:hr="t" fillcolor="#a0a0a0" stroked="f"/>
        </w:pict>
      </w:r>
    </w:p>
    <w:p w14:paraId="60527D9C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4. Core Database Schema</w:t>
      </w:r>
    </w:p>
    <w:p w14:paraId="57A9BC03" w14:textId="77777777" w:rsidR="003E2E2A" w:rsidRPr="003E2E2A" w:rsidRDefault="003E2E2A" w:rsidP="003E2E2A">
      <w:r w:rsidRPr="003E2E2A">
        <w:t xml:space="preserve">All </w:t>
      </w:r>
      <w:proofErr w:type="gramStart"/>
      <w:r w:rsidRPr="003E2E2A">
        <w:t>environment</w:t>
      </w:r>
      <w:proofErr w:type="gramEnd"/>
      <w:r w:rsidRPr="003E2E2A">
        <w:t xml:space="preserve"> databases share an identical </w:t>
      </w:r>
      <w:proofErr w:type="gramStart"/>
      <w:r w:rsidRPr="003E2E2A">
        <w:t>schema</w:t>
      </w:r>
      <w:proofErr w:type="gramEnd"/>
      <w:r w:rsidRPr="003E2E2A">
        <w:t xml:space="preserve"> for portability.</w:t>
      </w:r>
      <w:r w:rsidRPr="003E2E2A">
        <w:br/>
        <w:t>Key tables are summarized below.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0"/>
        <w:gridCol w:w="6570"/>
      </w:tblGrid>
      <w:tr w:rsidR="003E2E2A" w:rsidRPr="003E2E2A" w14:paraId="33AF377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59E9FF9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Table</w:t>
            </w:r>
          </w:p>
        </w:tc>
        <w:tc>
          <w:tcPr>
            <w:tcW w:w="0" w:type="auto"/>
            <w:vAlign w:val="center"/>
            <w:hideMark/>
          </w:tcPr>
          <w:p w14:paraId="516BE7FA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Purpose</w:t>
            </w:r>
          </w:p>
        </w:tc>
      </w:tr>
      <w:tr w:rsidR="003E2E2A" w:rsidRPr="003E2E2A" w14:paraId="1ECEE28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EF9B4F" w14:textId="77777777" w:rsidR="003E2E2A" w:rsidRPr="003E2E2A" w:rsidRDefault="003E2E2A" w:rsidP="003E2E2A">
            <w:proofErr w:type="spellStart"/>
            <w:r w:rsidRPr="003E2E2A">
              <w:rPr>
                <w:b/>
                <w:bCs/>
              </w:rPr>
              <w:t>JobControl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25FFAF" w14:textId="77777777" w:rsidR="003E2E2A" w:rsidRPr="003E2E2A" w:rsidRDefault="003E2E2A" w:rsidP="003E2E2A">
            <w:r w:rsidRPr="003E2E2A">
              <w:t>Central repository of all job metadata, schedule frequency, and activation flags.</w:t>
            </w:r>
          </w:p>
        </w:tc>
      </w:tr>
      <w:tr w:rsidR="003E2E2A" w:rsidRPr="003E2E2A" w14:paraId="56AC231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D5E603" w14:textId="77777777" w:rsidR="003E2E2A" w:rsidRPr="003E2E2A" w:rsidRDefault="003E2E2A" w:rsidP="003E2E2A">
            <w:proofErr w:type="spellStart"/>
            <w:r w:rsidRPr="003E2E2A">
              <w:rPr>
                <w:b/>
                <w:bCs/>
              </w:rPr>
              <w:t>JobDependencies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E5A9B4" w14:textId="77777777" w:rsidR="003E2E2A" w:rsidRPr="003E2E2A" w:rsidRDefault="003E2E2A" w:rsidP="003E2E2A">
            <w:r w:rsidRPr="003E2E2A">
              <w:t>Maintains predecessor–successor job relationships.</w:t>
            </w:r>
          </w:p>
        </w:tc>
      </w:tr>
      <w:tr w:rsidR="003E2E2A" w:rsidRPr="003E2E2A" w14:paraId="3EB02E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CB7C92" w14:textId="77777777" w:rsidR="003E2E2A" w:rsidRPr="003E2E2A" w:rsidRDefault="003E2E2A" w:rsidP="003E2E2A">
            <w:proofErr w:type="spellStart"/>
            <w:r w:rsidRPr="003E2E2A">
              <w:rPr>
                <w:b/>
                <w:bCs/>
              </w:rPr>
              <w:t>JobExecutionHistory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76B951" w14:textId="77777777" w:rsidR="003E2E2A" w:rsidRPr="003E2E2A" w:rsidRDefault="003E2E2A" w:rsidP="003E2E2A">
            <w:r w:rsidRPr="003E2E2A">
              <w:t>Tracks execution time, duration, and outcome.</w:t>
            </w:r>
          </w:p>
        </w:tc>
      </w:tr>
      <w:tr w:rsidR="003E2E2A" w:rsidRPr="003E2E2A" w14:paraId="3D38ED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00F254" w14:textId="77777777" w:rsidR="003E2E2A" w:rsidRPr="003E2E2A" w:rsidRDefault="003E2E2A" w:rsidP="003E2E2A">
            <w:proofErr w:type="spellStart"/>
            <w:r w:rsidRPr="003E2E2A">
              <w:rPr>
                <w:b/>
                <w:bCs/>
              </w:rPr>
              <w:t>JobExitCodes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5D314C" w14:textId="77777777" w:rsidR="003E2E2A" w:rsidRPr="003E2E2A" w:rsidRDefault="003E2E2A" w:rsidP="003E2E2A">
            <w:r w:rsidRPr="003E2E2A">
              <w:t>Stores PowerShell-returned exit codes for audit.</w:t>
            </w:r>
          </w:p>
        </w:tc>
      </w:tr>
      <w:tr w:rsidR="003E2E2A" w:rsidRPr="003E2E2A" w14:paraId="2378A9C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00013D" w14:textId="77777777" w:rsidR="003E2E2A" w:rsidRPr="003E2E2A" w:rsidRDefault="003E2E2A" w:rsidP="003E2E2A">
            <w:proofErr w:type="spellStart"/>
            <w:r w:rsidRPr="003E2E2A">
              <w:rPr>
                <w:b/>
                <w:bCs/>
              </w:rPr>
              <w:t>FederalHolidays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3C6843" w14:textId="77777777" w:rsidR="003E2E2A" w:rsidRPr="003E2E2A" w:rsidRDefault="003E2E2A" w:rsidP="003E2E2A">
            <w:r w:rsidRPr="003E2E2A">
              <w:t>Contains all recognized non-working days excluded from scheduling.</w:t>
            </w:r>
          </w:p>
        </w:tc>
      </w:tr>
    </w:tbl>
    <w:p w14:paraId="67163685" w14:textId="77777777" w:rsidR="003E2E2A" w:rsidRPr="003E2E2A" w:rsidRDefault="003E2E2A" w:rsidP="003E2E2A">
      <w:r w:rsidRPr="003E2E2A">
        <w:pict w14:anchorId="5371454D">
          <v:rect id="_x0000_i1353" style="width:0;height:1.5pt" o:hralign="center" o:hrstd="t" o:hr="t" fillcolor="#a0a0a0" stroked="f"/>
        </w:pict>
      </w:r>
    </w:p>
    <w:p w14:paraId="5A36767D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5. Stored Procedures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3"/>
        <w:gridCol w:w="5547"/>
      </w:tblGrid>
      <w:tr w:rsidR="003E2E2A" w:rsidRPr="003E2E2A" w14:paraId="7B00C6A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66C8202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Procedure</w:t>
            </w:r>
          </w:p>
        </w:tc>
        <w:tc>
          <w:tcPr>
            <w:tcW w:w="0" w:type="auto"/>
            <w:vAlign w:val="center"/>
            <w:hideMark/>
          </w:tcPr>
          <w:p w14:paraId="3BC47672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Function</w:t>
            </w:r>
          </w:p>
        </w:tc>
      </w:tr>
      <w:tr w:rsidR="003E2E2A" w:rsidRPr="003E2E2A" w14:paraId="73E933C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D213AA" w14:textId="77777777" w:rsidR="003E2E2A" w:rsidRPr="003E2E2A" w:rsidRDefault="003E2E2A" w:rsidP="003E2E2A">
            <w:proofErr w:type="spellStart"/>
            <w:r w:rsidRPr="003E2E2A">
              <w:t>usp_CreateSQLAgentJob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494BAF" w14:textId="77777777" w:rsidR="003E2E2A" w:rsidRPr="003E2E2A" w:rsidRDefault="003E2E2A" w:rsidP="003E2E2A">
            <w:r w:rsidRPr="003E2E2A">
              <w:t xml:space="preserve">Dynamically builds SQL Agent job objects from </w:t>
            </w:r>
            <w:proofErr w:type="spellStart"/>
            <w:r w:rsidRPr="003E2E2A">
              <w:t>JobControl</w:t>
            </w:r>
            <w:proofErr w:type="spellEnd"/>
            <w:r w:rsidRPr="003E2E2A">
              <w:t xml:space="preserve"> entries.</w:t>
            </w:r>
          </w:p>
        </w:tc>
      </w:tr>
      <w:tr w:rsidR="003E2E2A" w:rsidRPr="003E2E2A" w14:paraId="044E10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73D313" w14:textId="77777777" w:rsidR="003E2E2A" w:rsidRPr="003E2E2A" w:rsidRDefault="003E2E2A" w:rsidP="003E2E2A">
            <w:proofErr w:type="spellStart"/>
            <w:r w:rsidRPr="003E2E2A">
              <w:lastRenderedPageBreak/>
              <w:t>usp_ScheduleMonthlyJob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75626E" w14:textId="77777777" w:rsidR="003E2E2A" w:rsidRPr="003E2E2A" w:rsidRDefault="003E2E2A" w:rsidP="003E2E2A">
            <w:r w:rsidRPr="003E2E2A">
              <w:t>Creates or reattaches one-time schedules for monthly jobs.</w:t>
            </w:r>
          </w:p>
        </w:tc>
      </w:tr>
      <w:tr w:rsidR="003E2E2A" w:rsidRPr="003E2E2A" w14:paraId="156C6F6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E34485" w14:textId="77777777" w:rsidR="003E2E2A" w:rsidRPr="003E2E2A" w:rsidRDefault="003E2E2A" w:rsidP="003E2E2A">
            <w:proofErr w:type="spellStart"/>
            <w:r w:rsidRPr="003E2E2A">
              <w:t>usp_CheckJobConditions_Generic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C88393" w14:textId="77777777" w:rsidR="003E2E2A" w:rsidRPr="003E2E2A" w:rsidRDefault="003E2E2A" w:rsidP="003E2E2A">
            <w:r w:rsidRPr="003E2E2A">
              <w:t xml:space="preserve">Confirms predecessor completion before </w:t>
            </w:r>
            <w:proofErr w:type="gramStart"/>
            <w:r w:rsidRPr="003E2E2A">
              <w:t>run</w:t>
            </w:r>
            <w:proofErr w:type="gramEnd"/>
            <w:r w:rsidRPr="003E2E2A">
              <w:t>.</w:t>
            </w:r>
          </w:p>
        </w:tc>
      </w:tr>
      <w:tr w:rsidR="003E2E2A" w:rsidRPr="003E2E2A" w14:paraId="7D290C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FA8374" w14:textId="77777777" w:rsidR="003E2E2A" w:rsidRPr="003E2E2A" w:rsidRDefault="003E2E2A" w:rsidP="003E2E2A">
            <w:proofErr w:type="spellStart"/>
            <w:r w:rsidRPr="003E2E2A">
              <w:t>usp_UpdateJobStatus_Generic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91EC74" w14:textId="77777777" w:rsidR="003E2E2A" w:rsidRPr="003E2E2A" w:rsidRDefault="003E2E2A" w:rsidP="003E2E2A">
            <w:r w:rsidRPr="003E2E2A">
              <w:t>Updates execution status and logs run details.</w:t>
            </w:r>
          </w:p>
        </w:tc>
      </w:tr>
      <w:tr w:rsidR="003E2E2A" w:rsidRPr="003E2E2A" w14:paraId="0D14A4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E305A5" w14:textId="77777777" w:rsidR="003E2E2A" w:rsidRPr="003E2E2A" w:rsidRDefault="003E2E2A" w:rsidP="003E2E2A">
            <w:proofErr w:type="spellStart"/>
            <w:r w:rsidRPr="003E2E2A">
              <w:t>usp_TriggerMissedJobs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5C617B" w14:textId="77777777" w:rsidR="003E2E2A" w:rsidRPr="003E2E2A" w:rsidRDefault="003E2E2A" w:rsidP="003E2E2A">
            <w:r w:rsidRPr="003E2E2A">
              <w:t>Detects missed job runs and initiates recovery.</w:t>
            </w:r>
          </w:p>
        </w:tc>
      </w:tr>
      <w:tr w:rsidR="003E2E2A" w:rsidRPr="003E2E2A" w14:paraId="33AA09B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E522B7" w14:textId="77777777" w:rsidR="003E2E2A" w:rsidRPr="003E2E2A" w:rsidRDefault="003E2E2A" w:rsidP="003E2E2A">
            <w:proofErr w:type="spellStart"/>
            <w:r w:rsidRPr="003E2E2A">
              <w:t>usp_ForceComplete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71AA96" w14:textId="77777777" w:rsidR="003E2E2A" w:rsidRPr="003E2E2A" w:rsidRDefault="003E2E2A" w:rsidP="003E2E2A">
            <w:r w:rsidRPr="003E2E2A">
              <w:t>Allows manual closure of jobs after maintenance.</w:t>
            </w:r>
          </w:p>
        </w:tc>
      </w:tr>
    </w:tbl>
    <w:p w14:paraId="1D44A248" w14:textId="77777777" w:rsidR="003E2E2A" w:rsidRPr="003E2E2A" w:rsidRDefault="003E2E2A" w:rsidP="003E2E2A">
      <w:r w:rsidRPr="003E2E2A">
        <w:pict w14:anchorId="3B7C7855">
          <v:rect id="_x0000_i1354" style="width:0;height:1.5pt" o:hralign="center" o:hrstd="t" o:hr="t" fillcolor="#a0a0a0" stroked="f"/>
        </w:pict>
      </w:r>
    </w:p>
    <w:p w14:paraId="6D1258FA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6. PowerShell Integration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6"/>
        <w:gridCol w:w="5476"/>
      </w:tblGrid>
      <w:tr w:rsidR="003E2E2A" w:rsidRPr="003E2E2A" w14:paraId="59E3257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3EC7131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Script</w:t>
            </w:r>
          </w:p>
        </w:tc>
        <w:tc>
          <w:tcPr>
            <w:tcW w:w="0" w:type="auto"/>
            <w:vAlign w:val="center"/>
            <w:hideMark/>
          </w:tcPr>
          <w:p w14:paraId="50BF671A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Purpose</w:t>
            </w:r>
          </w:p>
        </w:tc>
      </w:tr>
      <w:tr w:rsidR="003E2E2A" w:rsidRPr="003E2E2A" w14:paraId="03BD0A2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220C77" w14:textId="77777777" w:rsidR="003E2E2A" w:rsidRPr="003E2E2A" w:rsidRDefault="003E2E2A" w:rsidP="003E2E2A">
            <w:r w:rsidRPr="003E2E2A">
              <w:rPr>
                <w:b/>
                <w:bCs/>
              </w:rPr>
              <w:t>Execute-RemoteJob.ps1</w:t>
            </w:r>
          </w:p>
        </w:tc>
        <w:tc>
          <w:tcPr>
            <w:tcW w:w="0" w:type="auto"/>
            <w:vAlign w:val="center"/>
            <w:hideMark/>
          </w:tcPr>
          <w:p w14:paraId="07452C31" w14:textId="77777777" w:rsidR="003E2E2A" w:rsidRPr="003E2E2A" w:rsidRDefault="003E2E2A" w:rsidP="003E2E2A">
            <w:r w:rsidRPr="003E2E2A">
              <w:t>Executes remote jobs and writes exit code logs to SQL.</w:t>
            </w:r>
          </w:p>
        </w:tc>
      </w:tr>
      <w:tr w:rsidR="003E2E2A" w:rsidRPr="003E2E2A" w14:paraId="6766BFB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3A3B8E" w14:textId="77777777" w:rsidR="003E2E2A" w:rsidRPr="003E2E2A" w:rsidRDefault="003E2E2A" w:rsidP="003E2E2A">
            <w:r w:rsidRPr="003E2E2A">
              <w:rPr>
                <w:b/>
                <w:bCs/>
              </w:rPr>
              <w:t>RCSubmit-Job.ps1</w:t>
            </w:r>
          </w:p>
        </w:tc>
        <w:tc>
          <w:tcPr>
            <w:tcW w:w="0" w:type="auto"/>
            <w:vAlign w:val="center"/>
            <w:hideMark/>
          </w:tcPr>
          <w:p w14:paraId="030B6678" w14:textId="77777777" w:rsidR="003E2E2A" w:rsidRPr="003E2E2A" w:rsidRDefault="003E2E2A" w:rsidP="003E2E2A">
            <w:r w:rsidRPr="003E2E2A">
              <w:t>Interfaces with legacy submission and SYSLOG validation.</w:t>
            </w:r>
          </w:p>
        </w:tc>
      </w:tr>
      <w:tr w:rsidR="003E2E2A" w:rsidRPr="003E2E2A" w14:paraId="439C6C6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D4C8AF" w14:textId="77777777" w:rsidR="003E2E2A" w:rsidRPr="003E2E2A" w:rsidRDefault="003E2E2A" w:rsidP="003E2E2A">
            <w:r w:rsidRPr="003E2E2A">
              <w:rPr>
                <w:b/>
                <w:bCs/>
              </w:rPr>
              <w:t>Backup-SQLAgentJobs.ps1</w:t>
            </w:r>
          </w:p>
        </w:tc>
        <w:tc>
          <w:tcPr>
            <w:tcW w:w="0" w:type="auto"/>
            <w:vAlign w:val="center"/>
            <w:hideMark/>
          </w:tcPr>
          <w:p w14:paraId="5D23DB2E" w14:textId="77777777" w:rsidR="003E2E2A" w:rsidRPr="003E2E2A" w:rsidRDefault="003E2E2A" w:rsidP="003E2E2A">
            <w:r w:rsidRPr="003E2E2A">
              <w:t>Exports all job definitions and compresses for backup.</w:t>
            </w:r>
          </w:p>
        </w:tc>
      </w:tr>
    </w:tbl>
    <w:p w14:paraId="62F8369C" w14:textId="77777777" w:rsidR="003E2E2A" w:rsidRPr="003E2E2A" w:rsidRDefault="003E2E2A" w:rsidP="003E2E2A">
      <w:r w:rsidRPr="003E2E2A">
        <w:pict w14:anchorId="31213B28">
          <v:rect id="_x0000_i1355" style="width:0;height:1.5pt" o:hralign="center" o:hrstd="t" o:hr="t" fillcolor="#a0a0a0" stroked="f"/>
        </w:pict>
      </w:r>
    </w:p>
    <w:p w14:paraId="6753F488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7. Operational Procedures</w:t>
      </w:r>
    </w:p>
    <w:p w14:paraId="1AD8FAE5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7.1 Daily Checks (Pre-4:00 AM)</w:t>
      </w:r>
    </w:p>
    <w:p w14:paraId="111DF5D7" w14:textId="77777777" w:rsidR="003E2E2A" w:rsidRPr="003E2E2A" w:rsidRDefault="003E2E2A" w:rsidP="003E2E2A">
      <w:pPr>
        <w:numPr>
          <w:ilvl w:val="0"/>
          <w:numId w:val="10"/>
        </w:numPr>
      </w:pPr>
      <w:r w:rsidRPr="003E2E2A">
        <w:t>Confirm SQL Server and SQL Agent services are active.</w:t>
      </w:r>
    </w:p>
    <w:p w14:paraId="456CF9FE" w14:textId="77777777" w:rsidR="003E2E2A" w:rsidRPr="003E2E2A" w:rsidRDefault="003E2E2A" w:rsidP="003E2E2A">
      <w:pPr>
        <w:numPr>
          <w:ilvl w:val="0"/>
          <w:numId w:val="10"/>
        </w:numPr>
      </w:pPr>
      <w:r w:rsidRPr="003E2E2A">
        <w:t xml:space="preserve">Validate active schedules in </w:t>
      </w:r>
      <w:proofErr w:type="spellStart"/>
      <w:r w:rsidRPr="003E2E2A">
        <w:t>JobControl</w:t>
      </w:r>
      <w:proofErr w:type="spellEnd"/>
      <w:r w:rsidRPr="003E2E2A">
        <w:t>.</w:t>
      </w:r>
    </w:p>
    <w:p w14:paraId="00BF6AA8" w14:textId="77777777" w:rsidR="003E2E2A" w:rsidRPr="003E2E2A" w:rsidRDefault="003E2E2A" w:rsidP="003E2E2A">
      <w:pPr>
        <w:numPr>
          <w:ilvl w:val="0"/>
          <w:numId w:val="10"/>
        </w:numPr>
      </w:pPr>
      <w:r w:rsidRPr="003E2E2A">
        <w:t xml:space="preserve">Review </w:t>
      </w:r>
      <w:proofErr w:type="spellStart"/>
      <w:r w:rsidRPr="003E2E2A">
        <w:t>JobExecutionHistory</w:t>
      </w:r>
      <w:proofErr w:type="spellEnd"/>
      <w:r w:rsidRPr="003E2E2A">
        <w:t xml:space="preserve"> for incomplete or failed runs.</w:t>
      </w:r>
    </w:p>
    <w:p w14:paraId="4A6B594A" w14:textId="77777777" w:rsidR="003E2E2A" w:rsidRPr="003E2E2A" w:rsidRDefault="003E2E2A" w:rsidP="003E2E2A">
      <w:r w:rsidRPr="003E2E2A">
        <w:pict w14:anchorId="62E7450C">
          <v:rect id="_x0000_i1356" style="width:0;height:1.5pt" o:hralign="center" o:hrstd="t" o:hr="t" fillcolor="#a0a0a0" stroked="f"/>
        </w:pict>
      </w:r>
    </w:p>
    <w:p w14:paraId="134D56CF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7.2 Ad-hoc Maintenance / Overrides</w:t>
      </w:r>
    </w:p>
    <w:p w14:paraId="190809DC" w14:textId="77777777" w:rsidR="003E2E2A" w:rsidRPr="003E2E2A" w:rsidRDefault="003E2E2A" w:rsidP="003E2E2A">
      <w:pPr>
        <w:numPr>
          <w:ilvl w:val="0"/>
          <w:numId w:val="11"/>
        </w:numPr>
      </w:pPr>
      <w:r w:rsidRPr="003E2E2A">
        <w:t>Investigate failure cause.</w:t>
      </w:r>
    </w:p>
    <w:p w14:paraId="646EFB69" w14:textId="77777777" w:rsidR="003E2E2A" w:rsidRPr="003E2E2A" w:rsidRDefault="003E2E2A" w:rsidP="003E2E2A">
      <w:pPr>
        <w:numPr>
          <w:ilvl w:val="0"/>
          <w:numId w:val="11"/>
        </w:numPr>
      </w:pPr>
      <w:r w:rsidRPr="003E2E2A">
        <w:t>Re-run job manually through PowerShell or SSMS.</w:t>
      </w:r>
    </w:p>
    <w:p w14:paraId="10AFD7B8" w14:textId="77777777" w:rsidR="003E2E2A" w:rsidRPr="003E2E2A" w:rsidRDefault="003E2E2A" w:rsidP="003E2E2A">
      <w:pPr>
        <w:numPr>
          <w:ilvl w:val="0"/>
          <w:numId w:val="11"/>
        </w:numPr>
      </w:pPr>
      <w:r w:rsidRPr="003E2E2A">
        <w:t>Mark manually completed jobs using:</w:t>
      </w:r>
    </w:p>
    <w:p w14:paraId="44F368E3" w14:textId="77777777" w:rsidR="003E2E2A" w:rsidRPr="003E2E2A" w:rsidRDefault="003E2E2A" w:rsidP="003E2E2A">
      <w:pPr>
        <w:numPr>
          <w:ilvl w:val="0"/>
          <w:numId w:val="11"/>
        </w:numPr>
        <w:tabs>
          <w:tab w:val="clear" w:pos="720"/>
        </w:tabs>
      </w:pPr>
      <w:r w:rsidRPr="003E2E2A">
        <w:t xml:space="preserve">EXEC </w:t>
      </w:r>
      <w:proofErr w:type="spellStart"/>
      <w:r w:rsidRPr="003E2E2A">
        <w:t>dbo.usp_ForceComplete</w:t>
      </w:r>
      <w:proofErr w:type="spellEnd"/>
      <w:r w:rsidRPr="003E2E2A">
        <w:t xml:space="preserve"> 'DEVL_WEEKLY_DTSGSID1', '</w:t>
      </w:r>
      <w:proofErr w:type="spellStart"/>
      <w:r w:rsidRPr="003E2E2A">
        <w:t>Neeraj.Kumar</w:t>
      </w:r>
      <w:proofErr w:type="spellEnd"/>
      <w:proofErr w:type="gramStart"/>
      <w:r w:rsidRPr="003E2E2A">
        <w:t>';</w:t>
      </w:r>
      <w:proofErr w:type="gramEnd"/>
    </w:p>
    <w:p w14:paraId="490BAB66" w14:textId="77777777" w:rsidR="003E2E2A" w:rsidRPr="003E2E2A" w:rsidRDefault="003E2E2A" w:rsidP="003E2E2A">
      <w:pPr>
        <w:numPr>
          <w:ilvl w:val="0"/>
          <w:numId w:val="11"/>
        </w:numPr>
      </w:pPr>
      <w:r w:rsidRPr="003E2E2A">
        <w:lastRenderedPageBreak/>
        <w:t>Re-trigger missed jobs:</w:t>
      </w:r>
    </w:p>
    <w:p w14:paraId="5FBB4736" w14:textId="77777777" w:rsidR="003E2E2A" w:rsidRPr="003E2E2A" w:rsidRDefault="003E2E2A" w:rsidP="003E2E2A">
      <w:pPr>
        <w:numPr>
          <w:ilvl w:val="0"/>
          <w:numId w:val="11"/>
        </w:numPr>
        <w:tabs>
          <w:tab w:val="clear" w:pos="720"/>
        </w:tabs>
      </w:pPr>
      <w:r w:rsidRPr="003E2E2A">
        <w:t>-- Dry run preview</w:t>
      </w:r>
    </w:p>
    <w:p w14:paraId="2EA7D6AF" w14:textId="77777777" w:rsidR="003E2E2A" w:rsidRPr="003E2E2A" w:rsidRDefault="003E2E2A" w:rsidP="003E2E2A">
      <w:pPr>
        <w:numPr>
          <w:ilvl w:val="0"/>
          <w:numId w:val="11"/>
        </w:numPr>
        <w:tabs>
          <w:tab w:val="clear" w:pos="720"/>
        </w:tabs>
      </w:pPr>
      <w:r w:rsidRPr="003E2E2A">
        <w:t xml:space="preserve">EXEC </w:t>
      </w:r>
      <w:proofErr w:type="spellStart"/>
      <w:r w:rsidRPr="003E2E2A">
        <w:t>dbo.usp_</w:t>
      </w:r>
      <w:proofErr w:type="gramStart"/>
      <w:r w:rsidRPr="003E2E2A">
        <w:t>TriggerMissedJobs</w:t>
      </w:r>
      <w:proofErr w:type="spellEnd"/>
      <w:r w:rsidRPr="003E2E2A">
        <w:t xml:space="preserve"> @</w:t>
      </w:r>
      <w:proofErr w:type="gramEnd"/>
      <w:r w:rsidRPr="003E2E2A">
        <w:t xml:space="preserve">DryRun = </w:t>
      </w:r>
      <w:proofErr w:type="gramStart"/>
      <w:r w:rsidRPr="003E2E2A">
        <w:t>1;</w:t>
      </w:r>
      <w:proofErr w:type="gramEnd"/>
    </w:p>
    <w:p w14:paraId="77E3B8E9" w14:textId="77777777" w:rsidR="003E2E2A" w:rsidRPr="003E2E2A" w:rsidRDefault="003E2E2A" w:rsidP="003E2E2A">
      <w:pPr>
        <w:numPr>
          <w:ilvl w:val="0"/>
          <w:numId w:val="11"/>
        </w:numPr>
        <w:tabs>
          <w:tab w:val="clear" w:pos="720"/>
        </w:tabs>
      </w:pPr>
    </w:p>
    <w:p w14:paraId="7639AB77" w14:textId="77777777" w:rsidR="003E2E2A" w:rsidRPr="003E2E2A" w:rsidRDefault="003E2E2A" w:rsidP="003E2E2A">
      <w:pPr>
        <w:numPr>
          <w:ilvl w:val="0"/>
          <w:numId w:val="11"/>
        </w:numPr>
        <w:tabs>
          <w:tab w:val="clear" w:pos="720"/>
        </w:tabs>
      </w:pPr>
      <w:r w:rsidRPr="003E2E2A">
        <w:t>-- Actual run</w:t>
      </w:r>
    </w:p>
    <w:p w14:paraId="1D73F8EE" w14:textId="77777777" w:rsidR="003E2E2A" w:rsidRPr="003E2E2A" w:rsidRDefault="003E2E2A" w:rsidP="003E2E2A">
      <w:pPr>
        <w:numPr>
          <w:ilvl w:val="0"/>
          <w:numId w:val="11"/>
        </w:numPr>
        <w:tabs>
          <w:tab w:val="clear" w:pos="720"/>
        </w:tabs>
      </w:pPr>
      <w:r w:rsidRPr="003E2E2A">
        <w:t xml:space="preserve">EXEC </w:t>
      </w:r>
      <w:proofErr w:type="spellStart"/>
      <w:r w:rsidRPr="003E2E2A">
        <w:t>dbo.usp_</w:t>
      </w:r>
      <w:proofErr w:type="gramStart"/>
      <w:r w:rsidRPr="003E2E2A">
        <w:t>TriggerMissedJobs</w:t>
      </w:r>
      <w:proofErr w:type="spellEnd"/>
      <w:r w:rsidRPr="003E2E2A">
        <w:t xml:space="preserve"> @</w:t>
      </w:r>
      <w:proofErr w:type="gramEnd"/>
      <w:r w:rsidRPr="003E2E2A">
        <w:t xml:space="preserve">DryRun = </w:t>
      </w:r>
      <w:proofErr w:type="gramStart"/>
      <w:r w:rsidRPr="003E2E2A">
        <w:t>0;</w:t>
      </w:r>
      <w:proofErr w:type="gramEnd"/>
    </w:p>
    <w:p w14:paraId="05219051" w14:textId="77777777" w:rsidR="003E2E2A" w:rsidRPr="003E2E2A" w:rsidRDefault="003E2E2A" w:rsidP="003E2E2A">
      <w:r w:rsidRPr="003E2E2A">
        <w:pict w14:anchorId="5D50BD31">
          <v:rect id="_x0000_i1357" style="width:0;height:1.5pt" o:hralign="center" o:hrstd="t" o:hr="t" fillcolor="#a0a0a0" stroked="f"/>
        </w:pict>
      </w:r>
    </w:p>
    <w:p w14:paraId="73AA1C55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8. Monthly Job Scheduling</w:t>
      </w:r>
    </w:p>
    <w:p w14:paraId="600DEFD3" w14:textId="77777777" w:rsidR="003E2E2A" w:rsidRPr="003E2E2A" w:rsidRDefault="003E2E2A" w:rsidP="003E2E2A">
      <w:r w:rsidRPr="003E2E2A">
        <w:t>Monthly jobs remain disabled by default (</w:t>
      </w:r>
      <w:proofErr w:type="spellStart"/>
      <w:r w:rsidRPr="003E2E2A">
        <w:t>IsActive</w:t>
      </w:r>
      <w:proofErr w:type="spellEnd"/>
      <w:r w:rsidRPr="003E2E2A">
        <w:t xml:space="preserve"> = 0) to prevent accidental execution.</w:t>
      </w:r>
      <w:r w:rsidRPr="003E2E2A">
        <w:br/>
        <w:t>Scheduling is initiated only after explicit activation.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7"/>
        <w:gridCol w:w="2110"/>
        <w:gridCol w:w="5755"/>
      </w:tblGrid>
      <w:tr w:rsidR="003E2E2A" w:rsidRPr="003E2E2A" w14:paraId="216F134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1B650BD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14:paraId="1A442965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14:paraId="43F4CD26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Script / Procedure</w:t>
            </w:r>
          </w:p>
        </w:tc>
      </w:tr>
      <w:tr w:rsidR="003E2E2A" w:rsidRPr="003E2E2A" w14:paraId="0279895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428665" w14:textId="77777777" w:rsidR="003E2E2A" w:rsidRPr="003E2E2A" w:rsidRDefault="003E2E2A" w:rsidP="003E2E2A">
            <w:r w:rsidRPr="003E2E2A">
              <w:t>1</w:t>
            </w:r>
          </w:p>
        </w:tc>
        <w:tc>
          <w:tcPr>
            <w:tcW w:w="0" w:type="auto"/>
            <w:vAlign w:val="center"/>
            <w:hideMark/>
          </w:tcPr>
          <w:p w14:paraId="3C2AAC1B" w14:textId="77777777" w:rsidR="003E2E2A" w:rsidRPr="003E2E2A" w:rsidRDefault="003E2E2A" w:rsidP="003E2E2A">
            <w:r w:rsidRPr="003E2E2A">
              <w:t>Review monthly jobs</w:t>
            </w:r>
          </w:p>
        </w:tc>
        <w:tc>
          <w:tcPr>
            <w:tcW w:w="0" w:type="auto"/>
            <w:vAlign w:val="center"/>
            <w:hideMark/>
          </w:tcPr>
          <w:p w14:paraId="4C19525D" w14:textId="77777777" w:rsidR="003E2E2A" w:rsidRPr="003E2E2A" w:rsidRDefault="003E2E2A" w:rsidP="003E2E2A">
            <w:r w:rsidRPr="003E2E2A">
              <w:t xml:space="preserve">SELECT * FROM </w:t>
            </w:r>
            <w:proofErr w:type="spellStart"/>
            <w:r w:rsidRPr="003E2E2A">
              <w:t>JobControl</w:t>
            </w:r>
            <w:proofErr w:type="spellEnd"/>
            <w:r w:rsidRPr="003E2E2A">
              <w:t xml:space="preserve"> WHERE Frequency='MONTHLY';</w:t>
            </w:r>
          </w:p>
        </w:tc>
      </w:tr>
      <w:tr w:rsidR="003E2E2A" w:rsidRPr="003E2E2A" w14:paraId="4B5A0F0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976485" w14:textId="77777777" w:rsidR="003E2E2A" w:rsidRPr="003E2E2A" w:rsidRDefault="003E2E2A" w:rsidP="003E2E2A">
            <w:r w:rsidRPr="003E2E2A">
              <w:t>2</w:t>
            </w:r>
          </w:p>
        </w:tc>
        <w:tc>
          <w:tcPr>
            <w:tcW w:w="0" w:type="auto"/>
            <w:vAlign w:val="center"/>
            <w:hideMark/>
          </w:tcPr>
          <w:p w14:paraId="49F7EA7B" w14:textId="77777777" w:rsidR="003E2E2A" w:rsidRPr="003E2E2A" w:rsidRDefault="003E2E2A" w:rsidP="003E2E2A">
            <w:r w:rsidRPr="003E2E2A">
              <w:t>Define run window</w:t>
            </w:r>
          </w:p>
        </w:tc>
        <w:tc>
          <w:tcPr>
            <w:tcW w:w="0" w:type="auto"/>
            <w:vAlign w:val="center"/>
            <w:hideMark/>
          </w:tcPr>
          <w:p w14:paraId="46EB48F1" w14:textId="77777777" w:rsidR="003E2E2A" w:rsidRPr="003E2E2A" w:rsidRDefault="003E2E2A" w:rsidP="003E2E2A">
            <w:r w:rsidRPr="003E2E2A">
              <w:t xml:space="preserve">Edit </w:t>
            </w:r>
            <w:proofErr w:type="spellStart"/>
            <w:r w:rsidRPr="003E2E2A">
              <w:t>ActivateMonthlyJob.sql</w:t>
            </w:r>
            <w:proofErr w:type="spellEnd"/>
          </w:p>
        </w:tc>
      </w:tr>
      <w:tr w:rsidR="003E2E2A" w:rsidRPr="003E2E2A" w14:paraId="4111C4E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006D31" w14:textId="77777777" w:rsidR="003E2E2A" w:rsidRPr="003E2E2A" w:rsidRDefault="003E2E2A" w:rsidP="003E2E2A">
            <w:r w:rsidRPr="003E2E2A">
              <w:t>3</w:t>
            </w:r>
          </w:p>
        </w:tc>
        <w:tc>
          <w:tcPr>
            <w:tcW w:w="0" w:type="auto"/>
            <w:vAlign w:val="center"/>
            <w:hideMark/>
          </w:tcPr>
          <w:p w14:paraId="0069DA3B" w14:textId="77777777" w:rsidR="003E2E2A" w:rsidRPr="003E2E2A" w:rsidRDefault="003E2E2A" w:rsidP="003E2E2A">
            <w:r w:rsidRPr="003E2E2A">
              <w:t>Activate and schedule</w:t>
            </w:r>
          </w:p>
        </w:tc>
        <w:tc>
          <w:tcPr>
            <w:tcW w:w="0" w:type="auto"/>
            <w:vAlign w:val="center"/>
            <w:hideMark/>
          </w:tcPr>
          <w:p w14:paraId="77E5AC59" w14:textId="77777777" w:rsidR="003E2E2A" w:rsidRPr="003E2E2A" w:rsidRDefault="003E2E2A" w:rsidP="003E2E2A">
            <w:proofErr w:type="spellStart"/>
            <w:r w:rsidRPr="003E2E2A">
              <w:t>usp_ScheduleMonthlyJob</w:t>
            </w:r>
            <w:proofErr w:type="spellEnd"/>
          </w:p>
        </w:tc>
      </w:tr>
      <w:tr w:rsidR="003E2E2A" w:rsidRPr="003E2E2A" w14:paraId="1F65A99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BB8970" w14:textId="77777777" w:rsidR="003E2E2A" w:rsidRPr="003E2E2A" w:rsidRDefault="003E2E2A" w:rsidP="003E2E2A">
            <w:r w:rsidRPr="003E2E2A">
              <w:t>4</w:t>
            </w:r>
          </w:p>
        </w:tc>
        <w:tc>
          <w:tcPr>
            <w:tcW w:w="0" w:type="auto"/>
            <w:vAlign w:val="center"/>
            <w:hideMark/>
          </w:tcPr>
          <w:p w14:paraId="72947E60" w14:textId="77777777" w:rsidR="003E2E2A" w:rsidRPr="003E2E2A" w:rsidRDefault="003E2E2A" w:rsidP="003E2E2A">
            <w:r w:rsidRPr="003E2E2A">
              <w:t>Monitor execution</w:t>
            </w:r>
          </w:p>
        </w:tc>
        <w:tc>
          <w:tcPr>
            <w:tcW w:w="0" w:type="auto"/>
            <w:vAlign w:val="center"/>
            <w:hideMark/>
          </w:tcPr>
          <w:p w14:paraId="45C13045" w14:textId="77777777" w:rsidR="003E2E2A" w:rsidRPr="003E2E2A" w:rsidRDefault="003E2E2A" w:rsidP="003E2E2A">
            <w:r w:rsidRPr="003E2E2A">
              <w:t xml:space="preserve">Use </w:t>
            </w:r>
            <w:proofErr w:type="spellStart"/>
            <w:r w:rsidRPr="003E2E2A">
              <w:t>JobExecutionHistory</w:t>
            </w:r>
            <w:proofErr w:type="spellEnd"/>
          </w:p>
        </w:tc>
      </w:tr>
      <w:tr w:rsidR="003E2E2A" w:rsidRPr="003E2E2A" w14:paraId="77EB9A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2826F4" w14:textId="77777777" w:rsidR="003E2E2A" w:rsidRPr="003E2E2A" w:rsidRDefault="003E2E2A" w:rsidP="003E2E2A">
            <w:r w:rsidRPr="003E2E2A">
              <w:t>5</w:t>
            </w:r>
          </w:p>
        </w:tc>
        <w:tc>
          <w:tcPr>
            <w:tcW w:w="0" w:type="auto"/>
            <w:vAlign w:val="center"/>
            <w:hideMark/>
          </w:tcPr>
          <w:p w14:paraId="116B265A" w14:textId="77777777" w:rsidR="003E2E2A" w:rsidRPr="003E2E2A" w:rsidRDefault="003E2E2A" w:rsidP="003E2E2A">
            <w:r w:rsidRPr="003E2E2A">
              <w:t>Deactivate post-run</w:t>
            </w:r>
          </w:p>
        </w:tc>
        <w:tc>
          <w:tcPr>
            <w:tcW w:w="0" w:type="auto"/>
            <w:vAlign w:val="center"/>
            <w:hideMark/>
          </w:tcPr>
          <w:p w14:paraId="56AAF7A7" w14:textId="77777777" w:rsidR="003E2E2A" w:rsidRPr="003E2E2A" w:rsidRDefault="003E2E2A" w:rsidP="003E2E2A">
            <w:proofErr w:type="spellStart"/>
            <w:r w:rsidRPr="003E2E2A">
              <w:t>DeactivateMonthlyJob.sql</w:t>
            </w:r>
            <w:proofErr w:type="spellEnd"/>
          </w:p>
        </w:tc>
      </w:tr>
    </w:tbl>
    <w:p w14:paraId="24A29CEF" w14:textId="77777777" w:rsidR="003E2E2A" w:rsidRPr="003E2E2A" w:rsidRDefault="003E2E2A" w:rsidP="003E2E2A">
      <w:r w:rsidRPr="003E2E2A">
        <w:rPr>
          <w:b/>
          <w:bCs/>
        </w:rPr>
        <w:t>Example:</w:t>
      </w:r>
    </w:p>
    <w:p w14:paraId="0D6B50F9" w14:textId="77777777" w:rsidR="003E2E2A" w:rsidRPr="003E2E2A" w:rsidRDefault="003E2E2A" w:rsidP="003E2E2A">
      <w:r w:rsidRPr="003E2E2A">
        <w:t xml:space="preserve">EXEC </w:t>
      </w:r>
      <w:proofErr w:type="spellStart"/>
      <w:r w:rsidRPr="003E2E2A">
        <w:t>dbo.usp_ScheduleMonthlyJob</w:t>
      </w:r>
      <w:proofErr w:type="spellEnd"/>
    </w:p>
    <w:p w14:paraId="690E1342" w14:textId="77777777" w:rsidR="003E2E2A" w:rsidRPr="003E2E2A" w:rsidRDefault="003E2E2A" w:rsidP="003E2E2A">
      <w:r w:rsidRPr="003E2E2A">
        <w:t xml:space="preserve">     </w:t>
      </w:r>
      <w:proofErr w:type="gramStart"/>
      <w:r w:rsidRPr="003E2E2A">
        <w:t>@JobName</w:t>
      </w:r>
      <w:proofErr w:type="gramEnd"/>
      <w:r w:rsidRPr="003E2E2A">
        <w:t xml:space="preserve"> = 'DEVL_MONTHLY_DTSCHGVB',</w:t>
      </w:r>
    </w:p>
    <w:p w14:paraId="5C05AAA9" w14:textId="77777777" w:rsidR="003E2E2A" w:rsidRPr="003E2E2A" w:rsidRDefault="003E2E2A" w:rsidP="003E2E2A">
      <w:r w:rsidRPr="003E2E2A">
        <w:t xml:space="preserve">     </w:t>
      </w:r>
      <w:proofErr w:type="gramStart"/>
      <w:r w:rsidRPr="003E2E2A">
        <w:t>@Env</w:t>
      </w:r>
      <w:proofErr w:type="gramEnd"/>
      <w:r w:rsidRPr="003E2E2A">
        <w:t xml:space="preserve"> = 'DEVL',</w:t>
      </w:r>
    </w:p>
    <w:p w14:paraId="6070ED82" w14:textId="77777777" w:rsidR="003E2E2A" w:rsidRPr="003E2E2A" w:rsidRDefault="003E2E2A" w:rsidP="003E2E2A">
      <w:r w:rsidRPr="003E2E2A">
        <w:t xml:space="preserve">     </w:t>
      </w:r>
      <w:proofErr w:type="gramStart"/>
      <w:r w:rsidRPr="003E2E2A">
        <w:t>@RunDate</w:t>
      </w:r>
      <w:proofErr w:type="gramEnd"/>
      <w:r w:rsidRPr="003E2E2A">
        <w:t xml:space="preserve"> = '2025-10-31',</w:t>
      </w:r>
    </w:p>
    <w:p w14:paraId="67548571" w14:textId="77777777" w:rsidR="003E2E2A" w:rsidRPr="003E2E2A" w:rsidRDefault="003E2E2A" w:rsidP="003E2E2A">
      <w:r w:rsidRPr="003E2E2A">
        <w:t xml:space="preserve">     </w:t>
      </w:r>
      <w:proofErr w:type="gramStart"/>
      <w:r w:rsidRPr="003E2E2A">
        <w:t>@RunTime</w:t>
      </w:r>
      <w:proofErr w:type="gramEnd"/>
      <w:r w:rsidRPr="003E2E2A">
        <w:t xml:space="preserve"> = '19:26:00</w:t>
      </w:r>
      <w:proofErr w:type="gramStart"/>
      <w:r w:rsidRPr="003E2E2A">
        <w:t>';</w:t>
      </w:r>
      <w:proofErr w:type="gramEnd"/>
    </w:p>
    <w:p w14:paraId="30902B80" w14:textId="77777777" w:rsidR="003E2E2A" w:rsidRPr="003E2E2A" w:rsidRDefault="003E2E2A" w:rsidP="003E2E2A">
      <w:r w:rsidRPr="003E2E2A">
        <w:pict w14:anchorId="7D76E6DA">
          <v:rect id="_x0000_i1358" style="width:0;height:1.5pt" o:hralign="center" o:hrstd="t" o:hr="t" fillcolor="#a0a0a0" stroked="f"/>
        </w:pict>
      </w:r>
    </w:p>
    <w:p w14:paraId="25E1931C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9. Post-Execution Cleanup</w:t>
      </w:r>
    </w:p>
    <w:p w14:paraId="59D56932" w14:textId="77777777" w:rsidR="003E2E2A" w:rsidRPr="003E2E2A" w:rsidRDefault="003E2E2A" w:rsidP="003E2E2A">
      <w:r w:rsidRPr="003E2E2A">
        <w:t>Deactivate completed monthly jobs to avoid repeat runs:</w:t>
      </w:r>
    </w:p>
    <w:p w14:paraId="6B317CB3" w14:textId="77777777" w:rsidR="003E2E2A" w:rsidRPr="003E2E2A" w:rsidRDefault="003E2E2A" w:rsidP="003E2E2A">
      <w:r w:rsidRPr="003E2E2A">
        <w:t xml:space="preserve">UPDATE </w:t>
      </w:r>
      <w:proofErr w:type="spellStart"/>
      <w:proofErr w:type="gramStart"/>
      <w:r w:rsidRPr="003E2E2A">
        <w:t>dbo.JobControl</w:t>
      </w:r>
      <w:proofErr w:type="spellEnd"/>
      <w:proofErr w:type="gramEnd"/>
    </w:p>
    <w:p w14:paraId="6489E18D" w14:textId="77777777" w:rsidR="003E2E2A" w:rsidRPr="003E2E2A" w:rsidRDefault="003E2E2A" w:rsidP="003E2E2A">
      <w:r w:rsidRPr="003E2E2A">
        <w:lastRenderedPageBreak/>
        <w:t xml:space="preserve">SET </w:t>
      </w:r>
      <w:proofErr w:type="spellStart"/>
      <w:r w:rsidRPr="003E2E2A">
        <w:t>IsActive</w:t>
      </w:r>
      <w:proofErr w:type="spellEnd"/>
      <w:r w:rsidRPr="003E2E2A">
        <w:t xml:space="preserve"> = 0</w:t>
      </w:r>
    </w:p>
    <w:p w14:paraId="189EC840" w14:textId="77777777" w:rsidR="003E2E2A" w:rsidRPr="003E2E2A" w:rsidRDefault="003E2E2A" w:rsidP="003E2E2A">
      <w:r w:rsidRPr="003E2E2A">
        <w:t>WHERE Frequency = 'MONTHLY</w:t>
      </w:r>
      <w:proofErr w:type="gramStart"/>
      <w:r w:rsidRPr="003E2E2A">
        <w:t>';</w:t>
      </w:r>
      <w:proofErr w:type="gramEnd"/>
    </w:p>
    <w:p w14:paraId="1E74F38D" w14:textId="77777777" w:rsidR="003E2E2A" w:rsidRPr="003E2E2A" w:rsidRDefault="003E2E2A" w:rsidP="003E2E2A">
      <w:r w:rsidRPr="003E2E2A">
        <w:pict w14:anchorId="5583222B">
          <v:rect id="_x0000_i1359" style="width:0;height:1.5pt" o:hralign="center" o:hrstd="t" o:hr="t" fillcolor="#a0a0a0" stroked="f"/>
        </w:pict>
      </w:r>
    </w:p>
    <w:p w14:paraId="07B039D3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10. Backup and Promotion</w:t>
      </w:r>
    </w:p>
    <w:p w14:paraId="0EA6FFB7" w14:textId="77777777" w:rsidR="003E2E2A" w:rsidRPr="003E2E2A" w:rsidRDefault="003E2E2A" w:rsidP="003E2E2A">
      <w:r w:rsidRPr="003E2E2A">
        <w:t>Before deployment or migration between environments:</w:t>
      </w:r>
    </w:p>
    <w:p w14:paraId="37ACBB77" w14:textId="77777777" w:rsidR="003E2E2A" w:rsidRPr="003E2E2A" w:rsidRDefault="003E2E2A" w:rsidP="003E2E2A">
      <w:pPr>
        <w:numPr>
          <w:ilvl w:val="0"/>
          <w:numId w:val="12"/>
        </w:numPr>
      </w:pPr>
      <w:r w:rsidRPr="003E2E2A">
        <w:t>Run Backup-SQLAgentJobs.ps1 to export all job definitions.</w:t>
      </w:r>
    </w:p>
    <w:p w14:paraId="78A08F9B" w14:textId="77777777" w:rsidR="003E2E2A" w:rsidRPr="003E2E2A" w:rsidRDefault="003E2E2A" w:rsidP="003E2E2A">
      <w:pPr>
        <w:numPr>
          <w:ilvl w:val="0"/>
          <w:numId w:val="12"/>
        </w:numPr>
      </w:pPr>
      <w:r w:rsidRPr="003E2E2A">
        <w:t>Store .</w:t>
      </w:r>
      <w:proofErr w:type="spellStart"/>
      <w:r w:rsidRPr="003E2E2A">
        <w:t>sql</w:t>
      </w:r>
      <w:proofErr w:type="spellEnd"/>
      <w:r w:rsidRPr="003E2E2A">
        <w:t xml:space="preserve"> and .zip outputs in </w:t>
      </w:r>
      <w:r w:rsidRPr="003E2E2A">
        <w:rPr>
          <w:rFonts w:ascii="Segoe UI Emoji" w:hAnsi="Segoe UI Emoji" w:cs="Segoe UI Emoji"/>
        </w:rPr>
        <w:t>🔹</w:t>
      </w:r>
      <w:proofErr w:type="gramStart"/>
      <w:r w:rsidRPr="003E2E2A">
        <w:t>_[</w:t>
      </w:r>
      <w:proofErr w:type="gramEnd"/>
      <w:r w:rsidRPr="003E2E2A">
        <w:t xml:space="preserve">Repository </w:t>
      </w:r>
      <w:proofErr w:type="gramStart"/>
      <w:r w:rsidRPr="003E2E2A">
        <w:t>Path]_</w:t>
      </w:r>
      <w:proofErr w:type="gramEnd"/>
      <w:r w:rsidRPr="003E2E2A">
        <w:t>.</w:t>
      </w:r>
    </w:p>
    <w:p w14:paraId="42B2232C" w14:textId="77777777" w:rsidR="003E2E2A" w:rsidRPr="003E2E2A" w:rsidRDefault="003E2E2A" w:rsidP="003E2E2A">
      <w:pPr>
        <w:numPr>
          <w:ilvl w:val="0"/>
          <w:numId w:val="12"/>
        </w:numPr>
      </w:pPr>
      <w:r w:rsidRPr="003E2E2A">
        <w:t>Restore in target environment using SSMS or SQLCMD replay.</w:t>
      </w:r>
    </w:p>
    <w:p w14:paraId="46FC1E2F" w14:textId="77777777" w:rsidR="003E2E2A" w:rsidRPr="003E2E2A" w:rsidRDefault="003E2E2A" w:rsidP="003E2E2A">
      <w:pPr>
        <w:numPr>
          <w:ilvl w:val="0"/>
          <w:numId w:val="12"/>
        </w:numPr>
      </w:pPr>
      <w:r w:rsidRPr="003E2E2A">
        <w:t>Validate job registration and ownership in SQL Agent.</w:t>
      </w:r>
    </w:p>
    <w:p w14:paraId="511ECAB0" w14:textId="77777777" w:rsidR="003E2E2A" w:rsidRPr="003E2E2A" w:rsidRDefault="003E2E2A" w:rsidP="003E2E2A">
      <w:r w:rsidRPr="003E2E2A">
        <w:pict w14:anchorId="22C2B7E5">
          <v:rect id="_x0000_i1360" style="width:0;height:1.5pt" o:hralign="center" o:hrstd="t" o:hr="t" fillcolor="#a0a0a0" stroked="f"/>
        </w:pict>
      </w:r>
    </w:p>
    <w:p w14:paraId="2552A512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11. Document Control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"/>
        <w:gridCol w:w="1872"/>
        <w:gridCol w:w="1684"/>
        <w:gridCol w:w="4020"/>
      </w:tblGrid>
      <w:tr w:rsidR="003E2E2A" w:rsidRPr="003E2E2A" w14:paraId="7D4D228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E9362ED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Version</w:t>
            </w:r>
          </w:p>
        </w:tc>
        <w:tc>
          <w:tcPr>
            <w:tcW w:w="0" w:type="auto"/>
            <w:vAlign w:val="center"/>
            <w:hideMark/>
          </w:tcPr>
          <w:p w14:paraId="27471190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14:paraId="6C7997B4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Author</w:t>
            </w:r>
          </w:p>
        </w:tc>
        <w:tc>
          <w:tcPr>
            <w:tcW w:w="0" w:type="auto"/>
            <w:vAlign w:val="center"/>
            <w:hideMark/>
          </w:tcPr>
          <w:p w14:paraId="0FBDBECB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Description</w:t>
            </w:r>
          </w:p>
        </w:tc>
      </w:tr>
      <w:tr w:rsidR="003E2E2A" w:rsidRPr="003E2E2A" w14:paraId="23127EA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32520A" w14:textId="77777777" w:rsidR="003E2E2A" w:rsidRPr="003E2E2A" w:rsidRDefault="003E2E2A" w:rsidP="003E2E2A">
            <w:r w:rsidRPr="003E2E2A">
              <w:t>0.1</w:t>
            </w:r>
          </w:p>
        </w:tc>
        <w:tc>
          <w:tcPr>
            <w:tcW w:w="0" w:type="auto"/>
            <w:vAlign w:val="center"/>
            <w:hideMark/>
          </w:tcPr>
          <w:p w14:paraId="0C81F7B8" w14:textId="77777777" w:rsidR="003E2E2A" w:rsidRPr="003E2E2A" w:rsidRDefault="003E2E2A" w:rsidP="003E2E2A">
            <w:r w:rsidRPr="003E2E2A">
              <w:rPr>
                <w:rFonts w:ascii="Segoe UI Emoji" w:hAnsi="Segoe UI Emoji" w:cs="Segoe UI Emoji"/>
              </w:rPr>
              <w:t>🔹</w:t>
            </w:r>
            <w:proofErr w:type="gramStart"/>
            <w:r w:rsidRPr="003E2E2A">
              <w:t>_[</w:t>
            </w:r>
            <w:proofErr w:type="gramEnd"/>
            <w:r w:rsidRPr="003E2E2A">
              <w:t xml:space="preserve">Original </w:t>
            </w:r>
            <w:proofErr w:type="gramStart"/>
            <w:r w:rsidRPr="003E2E2A">
              <w:t>Date]_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108F627" w14:textId="77777777" w:rsidR="003E2E2A" w:rsidRPr="003E2E2A" w:rsidRDefault="003E2E2A" w:rsidP="003E2E2A">
            <w:r w:rsidRPr="003E2E2A">
              <w:rPr>
                <w:rFonts w:ascii="Segoe UI Emoji" w:hAnsi="Segoe UI Emoji" w:cs="Segoe UI Emoji"/>
              </w:rPr>
              <w:t>🔹</w:t>
            </w:r>
            <w:r w:rsidRPr="003E2E2A">
              <w:t>_[Author]_</w:t>
            </w:r>
          </w:p>
        </w:tc>
        <w:tc>
          <w:tcPr>
            <w:tcW w:w="0" w:type="auto"/>
            <w:vAlign w:val="center"/>
            <w:hideMark/>
          </w:tcPr>
          <w:p w14:paraId="7FD82BBA" w14:textId="77777777" w:rsidR="003E2E2A" w:rsidRPr="003E2E2A" w:rsidRDefault="003E2E2A" w:rsidP="003E2E2A">
            <w:r w:rsidRPr="003E2E2A">
              <w:t>Initial draft</w:t>
            </w:r>
          </w:p>
        </w:tc>
      </w:tr>
      <w:tr w:rsidR="003E2E2A" w:rsidRPr="003E2E2A" w14:paraId="50FD0BD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9083F0" w14:textId="77777777" w:rsidR="003E2E2A" w:rsidRPr="003E2E2A" w:rsidRDefault="003E2E2A" w:rsidP="003E2E2A">
            <w:r w:rsidRPr="003E2E2A">
              <w:t>0.2</w:t>
            </w:r>
          </w:p>
        </w:tc>
        <w:tc>
          <w:tcPr>
            <w:tcW w:w="0" w:type="auto"/>
            <w:vAlign w:val="center"/>
            <w:hideMark/>
          </w:tcPr>
          <w:p w14:paraId="1E22506D" w14:textId="77777777" w:rsidR="003E2E2A" w:rsidRPr="003E2E2A" w:rsidRDefault="003E2E2A" w:rsidP="003E2E2A">
            <w:r w:rsidRPr="003E2E2A">
              <w:rPr>
                <w:rFonts w:ascii="Segoe UI Emoji" w:hAnsi="Segoe UI Emoji" w:cs="Segoe UI Emoji"/>
              </w:rPr>
              <w:t>🔹</w:t>
            </w:r>
            <w:proofErr w:type="gramStart"/>
            <w:r w:rsidRPr="003E2E2A">
              <w:t>_[</w:t>
            </w:r>
            <w:proofErr w:type="gramEnd"/>
            <w:r w:rsidRPr="003E2E2A">
              <w:t xml:space="preserve">Insert </w:t>
            </w:r>
            <w:proofErr w:type="gramStart"/>
            <w:r w:rsidRPr="003E2E2A">
              <w:t>Date]_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25742EF4" w14:textId="77777777" w:rsidR="003E2E2A" w:rsidRPr="003E2E2A" w:rsidRDefault="003E2E2A" w:rsidP="003E2E2A">
            <w:r w:rsidRPr="003E2E2A">
              <w:rPr>
                <w:rFonts w:ascii="Segoe UI Emoji" w:hAnsi="Segoe UI Emoji" w:cs="Segoe UI Emoji"/>
              </w:rPr>
              <w:t>🔹</w:t>
            </w:r>
            <w:proofErr w:type="gramStart"/>
            <w:r w:rsidRPr="003E2E2A">
              <w:t>_[</w:t>
            </w:r>
            <w:proofErr w:type="gramEnd"/>
            <w:r w:rsidRPr="003E2E2A">
              <w:t xml:space="preserve">Your </w:t>
            </w:r>
            <w:proofErr w:type="gramStart"/>
            <w:r w:rsidRPr="003E2E2A">
              <w:t>Name]_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53A19CF" w14:textId="77777777" w:rsidR="003E2E2A" w:rsidRPr="003E2E2A" w:rsidRDefault="003E2E2A" w:rsidP="003E2E2A">
            <w:r w:rsidRPr="003E2E2A">
              <w:t>Language refinement and appendix added</w:t>
            </w:r>
          </w:p>
        </w:tc>
      </w:tr>
    </w:tbl>
    <w:p w14:paraId="16BD0C42" w14:textId="77777777" w:rsidR="003E2E2A" w:rsidRPr="003E2E2A" w:rsidRDefault="003E2E2A" w:rsidP="003E2E2A">
      <w:r w:rsidRPr="003E2E2A">
        <w:pict w14:anchorId="231591BA">
          <v:rect id="_x0000_i1361" style="width:0;height:1.5pt" o:hralign="center" o:hrstd="t" o:hr="t" fillcolor="#a0a0a0" stroked="f"/>
        </w:pict>
      </w:r>
    </w:p>
    <w:p w14:paraId="6D8BF3D3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12. Appendix</w:t>
      </w:r>
    </w:p>
    <w:p w14:paraId="2D15DA2B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12.1 Job Naming Convention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9"/>
        <w:gridCol w:w="3268"/>
        <w:gridCol w:w="3563"/>
      </w:tblGrid>
      <w:tr w:rsidR="003E2E2A" w:rsidRPr="003E2E2A" w14:paraId="68D92634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A5F687B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Segment</w:t>
            </w:r>
          </w:p>
        </w:tc>
        <w:tc>
          <w:tcPr>
            <w:tcW w:w="0" w:type="auto"/>
            <w:vAlign w:val="center"/>
            <w:hideMark/>
          </w:tcPr>
          <w:p w14:paraId="79380DBF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Example</w:t>
            </w:r>
          </w:p>
        </w:tc>
        <w:tc>
          <w:tcPr>
            <w:tcW w:w="0" w:type="auto"/>
            <w:vAlign w:val="center"/>
            <w:hideMark/>
          </w:tcPr>
          <w:p w14:paraId="76745B22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Description</w:t>
            </w:r>
          </w:p>
        </w:tc>
      </w:tr>
      <w:tr w:rsidR="003E2E2A" w:rsidRPr="003E2E2A" w14:paraId="2D44E73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9B86A8" w14:textId="77777777" w:rsidR="003E2E2A" w:rsidRPr="003E2E2A" w:rsidRDefault="003E2E2A" w:rsidP="003E2E2A">
            <w:r w:rsidRPr="003E2E2A">
              <w:rPr>
                <w:b/>
                <w:bCs/>
              </w:rPr>
              <w:t>Environment Prefix</w:t>
            </w:r>
          </w:p>
        </w:tc>
        <w:tc>
          <w:tcPr>
            <w:tcW w:w="0" w:type="auto"/>
            <w:vAlign w:val="center"/>
            <w:hideMark/>
          </w:tcPr>
          <w:p w14:paraId="0289DF35" w14:textId="77777777" w:rsidR="003E2E2A" w:rsidRPr="003E2E2A" w:rsidRDefault="003E2E2A" w:rsidP="003E2E2A">
            <w:r w:rsidRPr="003E2E2A">
              <w:t>DEVL, TEST, PROD</w:t>
            </w:r>
          </w:p>
        </w:tc>
        <w:tc>
          <w:tcPr>
            <w:tcW w:w="0" w:type="auto"/>
            <w:vAlign w:val="center"/>
            <w:hideMark/>
          </w:tcPr>
          <w:p w14:paraId="7E44B79C" w14:textId="77777777" w:rsidR="003E2E2A" w:rsidRPr="003E2E2A" w:rsidRDefault="003E2E2A" w:rsidP="003E2E2A">
            <w:r w:rsidRPr="003E2E2A">
              <w:t>Identifies deployment environment.</w:t>
            </w:r>
          </w:p>
        </w:tc>
      </w:tr>
      <w:tr w:rsidR="003E2E2A" w:rsidRPr="003E2E2A" w14:paraId="16B277B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661599" w14:textId="77777777" w:rsidR="003E2E2A" w:rsidRPr="003E2E2A" w:rsidRDefault="003E2E2A" w:rsidP="003E2E2A">
            <w:r w:rsidRPr="003E2E2A">
              <w:rPr>
                <w:b/>
                <w:bCs/>
              </w:rPr>
              <w:t>Frequency Tag</w:t>
            </w:r>
          </w:p>
        </w:tc>
        <w:tc>
          <w:tcPr>
            <w:tcW w:w="0" w:type="auto"/>
            <w:vAlign w:val="center"/>
            <w:hideMark/>
          </w:tcPr>
          <w:p w14:paraId="32575D68" w14:textId="77777777" w:rsidR="003E2E2A" w:rsidRPr="003E2E2A" w:rsidRDefault="003E2E2A" w:rsidP="003E2E2A">
            <w:r w:rsidRPr="003E2E2A">
              <w:t>DAILY, WEEKLY, MONTHLY, ONDEMAND</w:t>
            </w:r>
          </w:p>
        </w:tc>
        <w:tc>
          <w:tcPr>
            <w:tcW w:w="0" w:type="auto"/>
            <w:vAlign w:val="center"/>
            <w:hideMark/>
          </w:tcPr>
          <w:p w14:paraId="5CA73BEA" w14:textId="77777777" w:rsidR="003E2E2A" w:rsidRPr="003E2E2A" w:rsidRDefault="003E2E2A" w:rsidP="003E2E2A">
            <w:r w:rsidRPr="003E2E2A">
              <w:t>Defines recurrence category.</w:t>
            </w:r>
          </w:p>
        </w:tc>
      </w:tr>
      <w:tr w:rsidR="003E2E2A" w:rsidRPr="003E2E2A" w14:paraId="3E65A42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897E7" w14:textId="77777777" w:rsidR="003E2E2A" w:rsidRPr="003E2E2A" w:rsidRDefault="003E2E2A" w:rsidP="003E2E2A">
            <w:r w:rsidRPr="003E2E2A">
              <w:rPr>
                <w:b/>
                <w:bCs/>
              </w:rPr>
              <w:t>Module Code</w:t>
            </w:r>
          </w:p>
        </w:tc>
        <w:tc>
          <w:tcPr>
            <w:tcW w:w="0" w:type="auto"/>
            <w:vAlign w:val="center"/>
            <w:hideMark/>
          </w:tcPr>
          <w:p w14:paraId="79D857A0" w14:textId="77777777" w:rsidR="003E2E2A" w:rsidRPr="003E2E2A" w:rsidRDefault="003E2E2A" w:rsidP="003E2E2A">
            <w:r w:rsidRPr="003E2E2A">
              <w:t>DTSRQ001, DTSCHGVB</w:t>
            </w:r>
          </w:p>
        </w:tc>
        <w:tc>
          <w:tcPr>
            <w:tcW w:w="0" w:type="auto"/>
            <w:vAlign w:val="center"/>
            <w:hideMark/>
          </w:tcPr>
          <w:p w14:paraId="7BA685BD" w14:textId="77777777" w:rsidR="003E2E2A" w:rsidRPr="003E2E2A" w:rsidRDefault="003E2E2A" w:rsidP="003E2E2A">
            <w:r w:rsidRPr="003E2E2A">
              <w:t>Internal reference for process or data source.</w:t>
            </w:r>
          </w:p>
        </w:tc>
      </w:tr>
    </w:tbl>
    <w:p w14:paraId="5C57A683" w14:textId="77777777" w:rsidR="003E2E2A" w:rsidRPr="003E2E2A" w:rsidRDefault="003E2E2A" w:rsidP="003E2E2A">
      <w:r w:rsidRPr="003E2E2A">
        <w:rPr>
          <w:b/>
          <w:bCs/>
        </w:rPr>
        <w:t>Format:</w:t>
      </w:r>
    </w:p>
    <w:p w14:paraId="299BE5D4" w14:textId="77777777" w:rsidR="003E2E2A" w:rsidRPr="003E2E2A" w:rsidRDefault="003E2E2A" w:rsidP="003E2E2A">
      <w:r w:rsidRPr="003E2E2A">
        <w:t>&lt;Environment&gt;_&lt;Frequency&gt;_&lt;</w:t>
      </w:r>
      <w:proofErr w:type="spellStart"/>
      <w:r w:rsidRPr="003E2E2A">
        <w:t>ModuleCode</w:t>
      </w:r>
      <w:proofErr w:type="spellEnd"/>
      <w:r w:rsidRPr="003E2E2A">
        <w:t>&gt;</w:t>
      </w:r>
    </w:p>
    <w:p w14:paraId="5CCCC19E" w14:textId="77777777" w:rsidR="003E2E2A" w:rsidRPr="003E2E2A" w:rsidRDefault="003E2E2A" w:rsidP="003E2E2A">
      <w:r w:rsidRPr="003E2E2A">
        <w:rPr>
          <w:b/>
          <w:bCs/>
        </w:rPr>
        <w:lastRenderedPageBreak/>
        <w:t>Example:</w:t>
      </w:r>
    </w:p>
    <w:p w14:paraId="362CAECE" w14:textId="77777777" w:rsidR="003E2E2A" w:rsidRPr="003E2E2A" w:rsidRDefault="003E2E2A" w:rsidP="003E2E2A">
      <w:r w:rsidRPr="003E2E2A">
        <w:t>PROD_WEEKLY_DTSRQ001</w:t>
      </w:r>
    </w:p>
    <w:p w14:paraId="6B3AD798" w14:textId="77777777" w:rsidR="003E2E2A" w:rsidRPr="003E2E2A" w:rsidRDefault="003E2E2A" w:rsidP="003E2E2A">
      <w:r w:rsidRPr="003E2E2A">
        <w:pict w14:anchorId="0D8455A1">
          <v:rect id="_x0000_i1362" style="width:0;height:1.5pt" o:hralign="center" o:hrstd="t" o:hr="t" fillcolor="#a0a0a0" stroked="f"/>
        </w:pict>
      </w:r>
    </w:p>
    <w:p w14:paraId="4B6DDC5A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12.2 Environment Mapping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1"/>
        <w:gridCol w:w="2330"/>
        <w:gridCol w:w="1585"/>
        <w:gridCol w:w="3384"/>
      </w:tblGrid>
      <w:tr w:rsidR="003E2E2A" w:rsidRPr="003E2E2A" w14:paraId="5AAC664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0AB4588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55974E44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Database Name</w:t>
            </w:r>
          </w:p>
        </w:tc>
        <w:tc>
          <w:tcPr>
            <w:tcW w:w="0" w:type="auto"/>
            <w:vAlign w:val="center"/>
            <w:hideMark/>
          </w:tcPr>
          <w:p w14:paraId="28A27B12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Agent Category</w:t>
            </w:r>
          </w:p>
        </w:tc>
        <w:tc>
          <w:tcPr>
            <w:tcW w:w="0" w:type="auto"/>
            <w:vAlign w:val="center"/>
            <w:hideMark/>
          </w:tcPr>
          <w:p w14:paraId="7C581862" w14:textId="77777777" w:rsidR="003E2E2A" w:rsidRPr="003E2E2A" w:rsidRDefault="003E2E2A" w:rsidP="003E2E2A">
            <w:pPr>
              <w:rPr>
                <w:b/>
                <w:bCs/>
              </w:rPr>
            </w:pPr>
            <w:r w:rsidRPr="003E2E2A">
              <w:rPr>
                <w:b/>
                <w:bCs/>
              </w:rPr>
              <w:t>Execution Path</w:t>
            </w:r>
          </w:p>
        </w:tc>
      </w:tr>
      <w:tr w:rsidR="003E2E2A" w:rsidRPr="003E2E2A" w14:paraId="25DAF3F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DD9E2C" w14:textId="77777777" w:rsidR="003E2E2A" w:rsidRPr="003E2E2A" w:rsidRDefault="003E2E2A" w:rsidP="003E2E2A">
            <w:r w:rsidRPr="003E2E2A">
              <w:rPr>
                <w:b/>
                <w:bCs/>
              </w:rPr>
              <w:t>Development</w:t>
            </w:r>
          </w:p>
        </w:tc>
        <w:tc>
          <w:tcPr>
            <w:tcW w:w="0" w:type="auto"/>
            <w:vAlign w:val="center"/>
            <w:hideMark/>
          </w:tcPr>
          <w:p w14:paraId="2B09BDAD" w14:textId="77777777" w:rsidR="003E2E2A" w:rsidRPr="003E2E2A" w:rsidRDefault="003E2E2A" w:rsidP="003E2E2A">
            <w:proofErr w:type="spellStart"/>
            <w:r w:rsidRPr="003E2E2A">
              <w:t>DevlDUTASJobSchedule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BE5876" w14:textId="77777777" w:rsidR="003E2E2A" w:rsidRPr="003E2E2A" w:rsidRDefault="003E2E2A" w:rsidP="003E2E2A">
            <w:r w:rsidRPr="003E2E2A">
              <w:t>DEVL_JOBS</w:t>
            </w:r>
          </w:p>
        </w:tc>
        <w:tc>
          <w:tcPr>
            <w:tcW w:w="0" w:type="auto"/>
            <w:vAlign w:val="center"/>
            <w:hideMark/>
          </w:tcPr>
          <w:p w14:paraId="34546CB4" w14:textId="77777777" w:rsidR="003E2E2A" w:rsidRPr="003E2E2A" w:rsidRDefault="003E2E2A" w:rsidP="003E2E2A">
            <w:r w:rsidRPr="003E2E2A">
              <w:t>\\DOES-DUTAS-SQL1\DEVL_JOBS\</w:t>
            </w:r>
          </w:p>
        </w:tc>
      </w:tr>
      <w:tr w:rsidR="003E2E2A" w:rsidRPr="003E2E2A" w14:paraId="2C0B4C2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CDCB2E" w14:textId="77777777" w:rsidR="003E2E2A" w:rsidRPr="003E2E2A" w:rsidRDefault="003E2E2A" w:rsidP="003E2E2A">
            <w:r w:rsidRPr="003E2E2A">
              <w:rPr>
                <w:b/>
                <w:bCs/>
              </w:rPr>
              <w:t>Test</w:t>
            </w:r>
          </w:p>
        </w:tc>
        <w:tc>
          <w:tcPr>
            <w:tcW w:w="0" w:type="auto"/>
            <w:vAlign w:val="center"/>
            <w:hideMark/>
          </w:tcPr>
          <w:p w14:paraId="00F88100" w14:textId="77777777" w:rsidR="003E2E2A" w:rsidRPr="003E2E2A" w:rsidRDefault="003E2E2A" w:rsidP="003E2E2A">
            <w:proofErr w:type="spellStart"/>
            <w:r w:rsidRPr="003E2E2A">
              <w:t>TestDUTASJobSchedule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7995F2" w14:textId="77777777" w:rsidR="003E2E2A" w:rsidRPr="003E2E2A" w:rsidRDefault="003E2E2A" w:rsidP="003E2E2A">
            <w:r w:rsidRPr="003E2E2A">
              <w:t>TEST_JOBS</w:t>
            </w:r>
          </w:p>
        </w:tc>
        <w:tc>
          <w:tcPr>
            <w:tcW w:w="0" w:type="auto"/>
            <w:vAlign w:val="center"/>
            <w:hideMark/>
          </w:tcPr>
          <w:p w14:paraId="4B7A408D" w14:textId="77777777" w:rsidR="003E2E2A" w:rsidRPr="003E2E2A" w:rsidRDefault="003E2E2A" w:rsidP="003E2E2A">
            <w:r w:rsidRPr="003E2E2A">
              <w:t>\\DOES-DUTAS-SQL1\TEST_JOBS\</w:t>
            </w:r>
          </w:p>
        </w:tc>
      </w:tr>
      <w:tr w:rsidR="003E2E2A" w:rsidRPr="003E2E2A" w14:paraId="1314F97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7508FF" w14:textId="77777777" w:rsidR="003E2E2A" w:rsidRPr="003E2E2A" w:rsidRDefault="003E2E2A" w:rsidP="003E2E2A">
            <w:r w:rsidRPr="003E2E2A">
              <w:rPr>
                <w:b/>
                <w:bCs/>
              </w:rPr>
              <w:t>Production</w:t>
            </w:r>
          </w:p>
        </w:tc>
        <w:tc>
          <w:tcPr>
            <w:tcW w:w="0" w:type="auto"/>
            <w:vAlign w:val="center"/>
            <w:hideMark/>
          </w:tcPr>
          <w:p w14:paraId="4CE70B82" w14:textId="77777777" w:rsidR="003E2E2A" w:rsidRPr="003E2E2A" w:rsidRDefault="003E2E2A" w:rsidP="003E2E2A">
            <w:proofErr w:type="spellStart"/>
            <w:r w:rsidRPr="003E2E2A">
              <w:t>ProdDUTASJobSchedule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B15124" w14:textId="77777777" w:rsidR="003E2E2A" w:rsidRPr="003E2E2A" w:rsidRDefault="003E2E2A" w:rsidP="003E2E2A">
            <w:r w:rsidRPr="003E2E2A">
              <w:t>PROD_JOBS</w:t>
            </w:r>
          </w:p>
        </w:tc>
        <w:tc>
          <w:tcPr>
            <w:tcW w:w="0" w:type="auto"/>
            <w:vAlign w:val="center"/>
            <w:hideMark/>
          </w:tcPr>
          <w:p w14:paraId="6B82C6E4" w14:textId="77777777" w:rsidR="003E2E2A" w:rsidRPr="003E2E2A" w:rsidRDefault="003E2E2A" w:rsidP="003E2E2A">
            <w:r w:rsidRPr="003E2E2A">
              <w:t>\\DOES-DUTAS-SQL1\PROD_JOBS\</w:t>
            </w:r>
          </w:p>
        </w:tc>
      </w:tr>
    </w:tbl>
    <w:p w14:paraId="26B3F02D" w14:textId="77777777" w:rsidR="003E2E2A" w:rsidRPr="003E2E2A" w:rsidRDefault="003E2E2A" w:rsidP="003E2E2A">
      <w:r w:rsidRPr="003E2E2A">
        <w:pict w14:anchorId="28D5B8C9">
          <v:rect id="_x0000_i1363" style="width:0;height:1.5pt" o:hralign="center" o:hrstd="t" o:hr="t" fillcolor="#a0a0a0" stroked="f"/>
        </w:pict>
      </w:r>
    </w:p>
    <w:p w14:paraId="6011B7ED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12.3 Example Template – Job Creation</w:t>
      </w:r>
    </w:p>
    <w:p w14:paraId="22C9E72D" w14:textId="77777777" w:rsidR="003E2E2A" w:rsidRPr="003E2E2A" w:rsidRDefault="003E2E2A" w:rsidP="003E2E2A">
      <w:r w:rsidRPr="003E2E2A">
        <w:t>-- Create a new SQL Agent job dynamically</w:t>
      </w:r>
    </w:p>
    <w:p w14:paraId="36B6684A" w14:textId="77777777" w:rsidR="003E2E2A" w:rsidRPr="003E2E2A" w:rsidRDefault="003E2E2A" w:rsidP="003E2E2A">
      <w:r w:rsidRPr="003E2E2A">
        <w:t xml:space="preserve">EXEC </w:t>
      </w:r>
      <w:proofErr w:type="spellStart"/>
      <w:r w:rsidRPr="003E2E2A">
        <w:t>dbo.usp_CreateSQLAgentJob</w:t>
      </w:r>
      <w:proofErr w:type="spellEnd"/>
    </w:p>
    <w:p w14:paraId="0ECBA88A" w14:textId="77777777" w:rsidR="003E2E2A" w:rsidRPr="003E2E2A" w:rsidRDefault="003E2E2A" w:rsidP="003E2E2A">
      <w:r w:rsidRPr="003E2E2A">
        <w:t xml:space="preserve">     </w:t>
      </w:r>
      <w:proofErr w:type="gramStart"/>
      <w:r w:rsidRPr="003E2E2A">
        <w:t>@JobName</w:t>
      </w:r>
      <w:proofErr w:type="gramEnd"/>
      <w:r w:rsidRPr="003E2E2A">
        <w:t xml:space="preserve"> = 'TEST_DAILY_DTSRQ002',</w:t>
      </w:r>
    </w:p>
    <w:p w14:paraId="360D7ED0" w14:textId="77777777" w:rsidR="003E2E2A" w:rsidRPr="003E2E2A" w:rsidRDefault="003E2E2A" w:rsidP="003E2E2A">
      <w:r w:rsidRPr="003E2E2A">
        <w:t xml:space="preserve">     </w:t>
      </w:r>
      <w:proofErr w:type="gramStart"/>
      <w:r w:rsidRPr="003E2E2A">
        <w:t>@Frequency</w:t>
      </w:r>
      <w:proofErr w:type="gramEnd"/>
      <w:r w:rsidRPr="003E2E2A">
        <w:t xml:space="preserve"> = 'DAILY',</w:t>
      </w:r>
    </w:p>
    <w:p w14:paraId="3EC6D2BF" w14:textId="77777777" w:rsidR="003E2E2A" w:rsidRPr="003E2E2A" w:rsidRDefault="003E2E2A" w:rsidP="003E2E2A">
      <w:r w:rsidRPr="003E2E2A">
        <w:t xml:space="preserve">     </w:t>
      </w:r>
      <w:proofErr w:type="gramStart"/>
      <w:r w:rsidRPr="003E2E2A">
        <w:t>@Env</w:t>
      </w:r>
      <w:proofErr w:type="gramEnd"/>
      <w:r w:rsidRPr="003E2E2A">
        <w:t xml:space="preserve"> = 'TEST',</w:t>
      </w:r>
    </w:p>
    <w:p w14:paraId="6C8FB36A" w14:textId="77777777" w:rsidR="003E2E2A" w:rsidRPr="003E2E2A" w:rsidRDefault="003E2E2A" w:rsidP="003E2E2A">
      <w:r w:rsidRPr="003E2E2A">
        <w:t xml:space="preserve">     @StartTime = '03:30:00',</w:t>
      </w:r>
    </w:p>
    <w:p w14:paraId="5FE2D507" w14:textId="77777777" w:rsidR="003E2E2A" w:rsidRPr="003E2E2A" w:rsidRDefault="003E2E2A" w:rsidP="003E2E2A">
      <w:r w:rsidRPr="003E2E2A">
        <w:t xml:space="preserve">     </w:t>
      </w:r>
      <w:proofErr w:type="gramStart"/>
      <w:r w:rsidRPr="003E2E2A">
        <w:t>@IsActive</w:t>
      </w:r>
      <w:proofErr w:type="gramEnd"/>
      <w:r w:rsidRPr="003E2E2A">
        <w:t xml:space="preserve"> = </w:t>
      </w:r>
      <w:proofErr w:type="gramStart"/>
      <w:r w:rsidRPr="003E2E2A">
        <w:t>1;</w:t>
      </w:r>
      <w:proofErr w:type="gramEnd"/>
    </w:p>
    <w:p w14:paraId="1C13608F" w14:textId="77777777" w:rsidR="003E2E2A" w:rsidRPr="003E2E2A" w:rsidRDefault="003E2E2A" w:rsidP="003E2E2A">
      <w:r w:rsidRPr="003E2E2A">
        <w:pict w14:anchorId="2A1ED2CF">
          <v:rect id="_x0000_i1364" style="width:0;height:1.5pt" o:hralign="center" o:hrstd="t" o:hr="t" fillcolor="#a0a0a0" stroked="f"/>
        </w:pict>
      </w:r>
    </w:p>
    <w:p w14:paraId="2E6C20D2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12.4 Example Template – Job Rollback</w:t>
      </w:r>
    </w:p>
    <w:p w14:paraId="0533EE16" w14:textId="77777777" w:rsidR="003E2E2A" w:rsidRPr="003E2E2A" w:rsidRDefault="003E2E2A" w:rsidP="003E2E2A">
      <w:r w:rsidRPr="003E2E2A">
        <w:t>-- Disable or remove an existing SQL Agent job</w:t>
      </w:r>
    </w:p>
    <w:p w14:paraId="344174A5" w14:textId="77777777" w:rsidR="003E2E2A" w:rsidRPr="003E2E2A" w:rsidRDefault="003E2E2A" w:rsidP="003E2E2A">
      <w:r w:rsidRPr="003E2E2A">
        <w:t xml:space="preserve">EXEC </w:t>
      </w:r>
      <w:proofErr w:type="spellStart"/>
      <w:proofErr w:type="gramStart"/>
      <w:r w:rsidRPr="003E2E2A">
        <w:t>msdb.dbo.sp</w:t>
      </w:r>
      <w:proofErr w:type="gramEnd"/>
      <w:r w:rsidRPr="003E2E2A">
        <w:t>_delete_</w:t>
      </w:r>
      <w:proofErr w:type="gramStart"/>
      <w:r w:rsidRPr="003E2E2A">
        <w:t>job</w:t>
      </w:r>
      <w:proofErr w:type="spellEnd"/>
      <w:r w:rsidRPr="003E2E2A">
        <w:t xml:space="preserve"> @</w:t>
      </w:r>
      <w:proofErr w:type="gramEnd"/>
      <w:r w:rsidRPr="003E2E2A">
        <w:t>job_name = 'PROD_WEEKLY_DTSRQ001</w:t>
      </w:r>
      <w:proofErr w:type="gramStart"/>
      <w:r w:rsidRPr="003E2E2A">
        <w:t>';</w:t>
      </w:r>
      <w:proofErr w:type="gramEnd"/>
    </w:p>
    <w:p w14:paraId="4E24AFB0" w14:textId="77777777" w:rsidR="003E2E2A" w:rsidRPr="003E2E2A" w:rsidRDefault="003E2E2A" w:rsidP="003E2E2A"/>
    <w:p w14:paraId="7074D34B" w14:textId="77777777" w:rsidR="003E2E2A" w:rsidRPr="003E2E2A" w:rsidRDefault="003E2E2A" w:rsidP="003E2E2A">
      <w:r w:rsidRPr="003E2E2A">
        <w:t xml:space="preserve">-- Or simply mark inactive in </w:t>
      </w:r>
      <w:proofErr w:type="spellStart"/>
      <w:r w:rsidRPr="003E2E2A">
        <w:t>JobControl</w:t>
      </w:r>
      <w:proofErr w:type="spellEnd"/>
    </w:p>
    <w:p w14:paraId="4CDAD4B7" w14:textId="77777777" w:rsidR="003E2E2A" w:rsidRPr="003E2E2A" w:rsidRDefault="003E2E2A" w:rsidP="003E2E2A">
      <w:r w:rsidRPr="003E2E2A">
        <w:t xml:space="preserve">UPDATE </w:t>
      </w:r>
      <w:proofErr w:type="spellStart"/>
      <w:proofErr w:type="gramStart"/>
      <w:r w:rsidRPr="003E2E2A">
        <w:t>dbo.JobControl</w:t>
      </w:r>
      <w:proofErr w:type="spellEnd"/>
      <w:proofErr w:type="gramEnd"/>
    </w:p>
    <w:p w14:paraId="021F3CB0" w14:textId="77777777" w:rsidR="003E2E2A" w:rsidRPr="003E2E2A" w:rsidRDefault="003E2E2A" w:rsidP="003E2E2A">
      <w:r w:rsidRPr="003E2E2A">
        <w:lastRenderedPageBreak/>
        <w:t xml:space="preserve">SET </w:t>
      </w:r>
      <w:proofErr w:type="spellStart"/>
      <w:r w:rsidRPr="003E2E2A">
        <w:t>IsActive</w:t>
      </w:r>
      <w:proofErr w:type="spellEnd"/>
      <w:r w:rsidRPr="003E2E2A">
        <w:t xml:space="preserve"> = 0</w:t>
      </w:r>
    </w:p>
    <w:p w14:paraId="0367D501" w14:textId="77777777" w:rsidR="003E2E2A" w:rsidRPr="003E2E2A" w:rsidRDefault="003E2E2A" w:rsidP="003E2E2A">
      <w:r w:rsidRPr="003E2E2A">
        <w:t xml:space="preserve">WHERE </w:t>
      </w:r>
      <w:proofErr w:type="spellStart"/>
      <w:r w:rsidRPr="003E2E2A">
        <w:t>JobName</w:t>
      </w:r>
      <w:proofErr w:type="spellEnd"/>
      <w:r w:rsidRPr="003E2E2A">
        <w:t xml:space="preserve"> = 'PROD_WEEKLY_DTSRQ001</w:t>
      </w:r>
      <w:proofErr w:type="gramStart"/>
      <w:r w:rsidRPr="003E2E2A">
        <w:t>';</w:t>
      </w:r>
      <w:proofErr w:type="gramEnd"/>
    </w:p>
    <w:p w14:paraId="41632929" w14:textId="77777777" w:rsidR="003E2E2A" w:rsidRPr="003E2E2A" w:rsidRDefault="003E2E2A" w:rsidP="003E2E2A">
      <w:r w:rsidRPr="003E2E2A">
        <w:pict w14:anchorId="7B8A163A">
          <v:rect id="_x0000_i1365" style="width:0;height:1.5pt" o:hralign="center" o:hrstd="t" o:hr="t" fillcolor="#a0a0a0" stroked="f"/>
        </w:pict>
      </w:r>
    </w:p>
    <w:p w14:paraId="142ED14B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12.5 Common Validation Queries</w:t>
      </w:r>
    </w:p>
    <w:p w14:paraId="631FF8C5" w14:textId="77777777" w:rsidR="003E2E2A" w:rsidRPr="003E2E2A" w:rsidRDefault="003E2E2A" w:rsidP="003E2E2A">
      <w:r w:rsidRPr="003E2E2A">
        <w:t>-- Verify job dependencies</w:t>
      </w:r>
    </w:p>
    <w:p w14:paraId="5C978531" w14:textId="77777777" w:rsidR="003E2E2A" w:rsidRPr="003E2E2A" w:rsidRDefault="003E2E2A" w:rsidP="003E2E2A">
      <w:r w:rsidRPr="003E2E2A">
        <w:t xml:space="preserve">SELECT * FROM </w:t>
      </w:r>
      <w:proofErr w:type="spellStart"/>
      <w:proofErr w:type="gramStart"/>
      <w:r w:rsidRPr="003E2E2A">
        <w:t>dbo.JobDependencies</w:t>
      </w:r>
      <w:proofErr w:type="spellEnd"/>
      <w:proofErr w:type="gramEnd"/>
      <w:r w:rsidRPr="003E2E2A">
        <w:t xml:space="preserve"> WHERE </w:t>
      </w:r>
      <w:proofErr w:type="spellStart"/>
      <w:r w:rsidRPr="003E2E2A">
        <w:t>JobName</w:t>
      </w:r>
      <w:proofErr w:type="spellEnd"/>
      <w:r w:rsidRPr="003E2E2A">
        <w:t xml:space="preserve"> = 'PROD_WEEKLY_DTSRQ001</w:t>
      </w:r>
      <w:proofErr w:type="gramStart"/>
      <w:r w:rsidRPr="003E2E2A">
        <w:t>';</w:t>
      </w:r>
      <w:proofErr w:type="gramEnd"/>
    </w:p>
    <w:p w14:paraId="3BDD8AA8" w14:textId="77777777" w:rsidR="003E2E2A" w:rsidRPr="003E2E2A" w:rsidRDefault="003E2E2A" w:rsidP="003E2E2A"/>
    <w:p w14:paraId="3D1D316A" w14:textId="77777777" w:rsidR="003E2E2A" w:rsidRPr="003E2E2A" w:rsidRDefault="003E2E2A" w:rsidP="003E2E2A">
      <w:r w:rsidRPr="003E2E2A">
        <w:t>-- Review job history for past 24 hours</w:t>
      </w:r>
    </w:p>
    <w:p w14:paraId="23FD75F1" w14:textId="77777777" w:rsidR="003E2E2A" w:rsidRPr="003E2E2A" w:rsidRDefault="003E2E2A" w:rsidP="003E2E2A">
      <w:r w:rsidRPr="003E2E2A">
        <w:t xml:space="preserve">SELECT * FROM </w:t>
      </w:r>
      <w:proofErr w:type="spellStart"/>
      <w:proofErr w:type="gramStart"/>
      <w:r w:rsidRPr="003E2E2A">
        <w:t>dbo.JobExecutionHistory</w:t>
      </w:r>
      <w:proofErr w:type="spellEnd"/>
      <w:proofErr w:type="gramEnd"/>
    </w:p>
    <w:p w14:paraId="4DA26E80" w14:textId="77777777" w:rsidR="003E2E2A" w:rsidRPr="003E2E2A" w:rsidRDefault="003E2E2A" w:rsidP="003E2E2A">
      <w:r w:rsidRPr="003E2E2A">
        <w:t xml:space="preserve">WHERE </w:t>
      </w:r>
      <w:proofErr w:type="spellStart"/>
      <w:r w:rsidRPr="003E2E2A">
        <w:t>RunDate</w:t>
      </w:r>
      <w:proofErr w:type="spellEnd"/>
      <w:r w:rsidRPr="003E2E2A">
        <w:t xml:space="preserve"> = CAST(</w:t>
      </w:r>
      <w:proofErr w:type="gramStart"/>
      <w:r w:rsidRPr="003E2E2A">
        <w:t>GETDATE(</w:t>
      </w:r>
      <w:proofErr w:type="gramEnd"/>
      <w:r w:rsidRPr="003E2E2A">
        <w:t>) AS DATE</w:t>
      </w:r>
      <w:proofErr w:type="gramStart"/>
      <w:r w:rsidRPr="003E2E2A">
        <w:t>);</w:t>
      </w:r>
      <w:proofErr w:type="gramEnd"/>
    </w:p>
    <w:p w14:paraId="6B75F712" w14:textId="77777777" w:rsidR="003E2E2A" w:rsidRPr="003E2E2A" w:rsidRDefault="003E2E2A" w:rsidP="003E2E2A"/>
    <w:p w14:paraId="27944DD3" w14:textId="77777777" w:rsidR="003E2E2A" w:rsidRPr="003E2E2A" w:rsidRDefault="003E2E2A" w:rsidP="003E2E2A">
      <w:r w:rsidRPr="003E2E2A">
        <w:t>-- Check PowerShell exit codes</w:t>
      </w:r>
    </w:p>
    <w:p w14:paraId="7F7A5ADC" w14:textId="77777777" w:rsidR="003E2E2A" w:rsidRPr="003E2E2A" w:rsidRDefault="003E2E2A" w:rsidP="003E2E2A">
      <w:r w:rsidRPr="003E2E2A">
        <w:t xml:space="preserve">SELECT * FROM </w:t>
      </w:r>
      <w:proofErr w:type="spellStart"/>
      <w:proofErr w:type="gramStart"/>
      <w:r w:rsidRPr="003E2E2A">
        <w:t>dbo.JobExitCodes</w:t>
      </w:r>
      <w:proofErr w:type="spellEnd"/>
      <w:proofErr w:type="gramEnd"/>
    </w:p>
    <w:p w14:paraId="13FCA781" w14:textId="77777777" w:rsidR="003E2E2A" w:rsidRPr="003E2E2A" w:rsidRDefault="003E2E2A" w:rsidP="003E2E2A">
      <w:r w:rsidRPr="003E2E2A">
        <w:t xml:space="preserve">WHERE </w:t>
      </w:r>
      <w:proofErr w:type="spellStart"/>
      <w:r w:rsidRPr="003E2E2A">
        <w:t>RunDate</w:t>
      </w:r>
      <w:proofErr w:type="spellEnd"/>
      <w:r w:rsidRPr="003E2E2A">
        <w:t xml:space="preserve"> = CAST(</w:t>
      </w:r>
      <w:proofErr w:type="gramStart"/>
      <w:r w:rsidRPr="003E2E2A">
        <w:t>GETDATE(</w:t>
      </w:r>
      <w:proofErr w:type="gramEnd"/>
      <w:r w:rsidRPr="003E2E2A">
        <w:t>) AS DATE)</w:t>
      </w:r>
    </w:p>
    <w:p w14:paraId="5EB2C3D2" w14:textId="77777777" w:rsidR="003E2E2A" w:rsidRPr="003E2E2A" w:rsidRDefault="003E2E2A" w:rsidP="003E2E2A">
      <w:r w:rsidRPr="003E2E2A">
        <w:t xml:space="preserve">ORDER BY </w:t>
      </w:r>
      <w:proofErr w:type="spellStart"/>
      <w:r w:rsidRPr="003E2E2A">
        <w:t>RecordedTime</w:t>
      </w:r>
      <w:proofErr w:type="spellEnd"/>
      <w:r w:rsidRPr="003E2E2A">
        <w:t xml:space="preserve"> </w:t>
      </w:r>
      <w:proofErr w:type="gramStart"/>
      <w:r w:rsidRPr="003E2E2A">
        <w:t>DESC;</w:t>
      </w:r>
      <w:proofErr w:type="gramEnd"/>
    </w:p>
    <w:p w14:paraId="0B0F45D4" w14:textId="77777777" w:rsidR="003E2E2A" w:rsidRPr="003E2E2A" w:rsidRDefault="003E2E2A" w:rsidP="003E2E2A">
      <w:r w:rsidRPr="003E2E2A">
        <w:pict w14:anchorId="7B83B6C3">
          <v:rect id="_x0000_i1366" style="width:0;height:1.5pt" o:hralign="center" o:hrstd="t" o:hr="t" fillcolor="#a0a0a0" stroked="f"/>
        </w:pict>
      </w:r>
    </w:p>
    <w:p w14:paraId="63F69720" w14:textId="77777777" w:rsidR="003E2E2A" w:rsidRPr="003E2E2A" w:rsidRDefault="003E2E2A" w:rsidP="003E2E2A">
      <w:pPr>
        <w:rPr>
          <w:b/>
          <w:bCs/>
        </w:rPr>
      </w:pPr>
      <w:r w:rsidRPr="003E2E2A">
        <w:rPr>
          <w:b/>
          <w:bCs/>
        </w:rPr>
        <w:t>12.6 Operational Notes</w:t>
      </w:r>
    </w:p>
    <w:p w14:paraId="0610A0E9" w14:textId="77777777" w:rsidR="003E2E2A" w:rsidRPr="003E2E2A" w:rsidRDefault="003E2E2A" w:rsidP="003E2E2A">
      <w:pPr>
        <w:numPr>
          <w:ilvl w:val="0"/>
          <w:numId w:val="13"/>
        </w:numPr>
      </w:pPr>
      <w:r w:rsidRPr="003E2E2A">
        <w:t>Always validate environment database connection before executing PowerShell jobs.</w:t>
      </w:r>
    </w:p>
    <w:p w14:paraId="46F9CEE7" w14:textId="77777777" w:rsidR="003E2E2A" w:rsidRPr="003E2E2A" w:rsidRDefault="003E2E2A" w:rsidP="003E2E2A">
      <w:pPr>
        <w:numPr>
          <w:ilvl w:val="0"/>
          <w:numId w:val="13"/>
        </w:numPr>
      </w:pPr>
      <w:r w:rsidRPr="003E2E2A">
        <w:t xml:space="preserve">Ensure </w:t>
      </w:r>
      <w:proofErr w:type="spellStart"/>
      <w:r w:rsidRPr="003E2E2A">
        <w:t>FederalHolidays</w:t>
      </w:r>
      <w:proofErr w:type="spellEnd"/>
      <w:r w:rsidRPr="003E2E2A">
        <w:t xml:space="preserve"> table is refreshed annually.</w:t>
      </w:r>
    </w:p>
    <w:p w14:paraId="78835FF6" w14:textId="77777777" w:rsidR="003E2E2A" w:rsidRPr="003E2E2A" w:rsidRDefault="003E2E2A" w:rsidP="003E2E2A">
      <w:pPr>
        <w:numPr>
          <w:ilvl w:val="0"/>
          <w:numId w:val="13"/>
        </w:numPr>
      </w:pPr>
      <w:r w:rsidRPr="003E2E2A">
        <w:t>Run Backup-SQLAgentJobs.ps1 after each major schedule modification.</w:t>
      </w:r>
    </w:p>
    <w:p w14:paraId="63055DB8" w14:textId="77777777" w:rsidR="003E2E2A" w:rsidRPr="003E2E2A" w:rsidRDefault="003E2E2A" w:rsidP="003E2E2A">
      <w:pPr>
        <w:numPr>
          <w:ilvl w:val="0"/>
          <w:numId w:val="13"/>
        </w:numPr>
      </w:pPr>
      <w:r w:rsidRPr="003E2E2A">
        <w:t>Maintain naming consistency across environments to simplify promotions and audit traceability.</w:t>
      </w:r>
    </w:p>
    <w:p w14:paraId="2DCEB1A0" w14:textId="77777777" w:rsidR="000E5E02" w:rsidRPr="003E2E2A" w:rsidRDefault="000E5E02" w:rsidP="003E2E2A"/>
    <w:sectPr w:rsidR="000E5E02" w:rsidRPr="003E2E2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F1B3000"/>
    <w:multiLevelType w:val="multilevel"/>
    <w:tmpl w:val="77CE7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D445A5"/>
    <w:multiLevelType w:val="multilevel"/>
    <w:tmpl w:val="F738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CF3F86"/>
    <w:multiLevelType w:val="multilevel"/>
    <w:tmpl w:val="73C81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075397"/>
    <w:multiLevelType w:val="multilevel"/>
    <w:tmpl w:val="FD74E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47067150">
    <w:abstractNumId w:val="8"/>
  </w:num>
  <w:num w:numId="2" w16cid:durableId="365181090">
    <w:abstractNumId w:val="6"/>
  </w:num>
  <w:num w:numId="3" w16cid:durableId="780809025">
    <w:abstractNumId w:val="5"/>
  </w:num>
  <w:num w:numId="4" w16cid:durableId="1844665847">
    <w:abstractNumId w:val="4"/>
  </w:num>
  <w:num w:numId="5" w16cid:durableId="1419252028">
    <w:abstractNumId w:val="7"/>
  </w:num>
  <w:num w:numId="6" w16cid:durableId="1540244851">
    <w:abstractNumId w:val="3"/>
  </w:num>
  <w:num w:numId="7" w16cid:durableId="1658413166">
    <w:abstractNumId w:val="2"/>
  </w:num>
  <w:num w:numId="8" w16cid:durableId="1485782603">
    <w:abstractNumId w:val="1"/>
  </w:num>
  <w:num w:numId="9" w16cid:durableId="955720135">
    <w:abstractNumId w:val="0"/>
  </w:num>
  <w:num w:numId="10" w16cid:durableId="753404122">
    <w:abstractNumId w:val="10"/>
  </w:num>
  <w:num w:numId="11" w16cid:durableId="1134788005">
    <w:abstractNumId w:val="12"/>
  </w:num>
  <w:num w:numId="12" w16cid:durableId="965966273">
    <w:abstractNumId w:val="9"/>
  </w:num>
  <w:num w:numId="13" w16cid:durableId="17483782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E5E02"/>
    <w:rsid w:val="0015074B"/>
    <w:rsid w:val="0029639D"/>
    <w:rsid w:val="00326F90"/>
    <w:rsid w:val="003E2E2A"/>
    <w:rsid w:val="0051668E"/>
    <w:rsid w:val="005801B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A7123B"/>
  <w14:defaultImageDpi w14:val="300"/>
  <w15:docId w15:val="{796D48ED-2A5F-406B-ACFE-071E370EC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842</Words>
  <Characters>5905</Characters>
  <Application>Microsoft Office Word</Application>
  <DocSecurity>0</DocSecurity>
  <Lines>268</Lines>
  <Paragraphs>232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6515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Sandeep Khandelwal</cp:lastModifiedBy>
  <cp:revision>2</cp:revision>
  <dcterms:created xsi:type="dcterms:W3CDTF">2013-12-23T23:15:00Z</dcterms:created>
  <dcterms:modified xsi:type="dcterms:W3CDTF">2025-10-06T12:46:00Z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a46c2989-2e37-4ae6-9e3d-e53ebeec5d63</vt:lpwstr>
  </property>
</Properties>
</file>