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480" w:rsidRPr="006F5C86" w:rsidRDefault="00C21515" w:rsidP="006F5C86">
      <w:pPr>
        <w:pStyle w:val="NoSpacing"/>
        <w:jc w:val="center"/>
        <w:rPr>
          <w:b/>
          <w:sz w:val="24"/>
        </w:rPr>
      </w:pPr>
      <w:bookmarkStart w:id="0" w:name="_GoBack"/>
      <w:bookmarkEnd w:id="0"/>
      <w:r w:rsidRPr="006F5C86">
        <w:rPr>
          <w:b/>
          <w:sz w:val="24"/>
        </w:rPr>
        <w:t>Master Configuration Document</w:t>
      </w:r>
      <w:r w:rsidR="006F5C86" w:rsidRPr="006F5C86">
        <w:rPr>
          <w:b/>
          <w:sz w:val="24"/>
        </w:rPr>
        <w:t xml:space="preserve"> – SQL Agent Scheduler</w:t>
      </w:r>
    </w:p>
    <w:p w:rsidR="006F5C86" w:rsidRPr="006F5C86" w:rsidRDefault="006F5C86" w:rsidP="006F5C86">
      <w:pPr>
        <w:pStyle w:val="NoSpacing"/>
      </w:pPr>
    </w:p>
    <w:p w:rsidR="00F07480" w:rsidRDefault="00C21515" w:rsidP="006F5C86">
      <w:pPr>
        <w:pStyle w:val="NoSpacing"/>
        <w:numPr>
          <w:ilvl w:val="0"/>
          <w:numId w:val="12"/>
        </w:numPr>
        <w:rPr>
          <w:b/>
        </w:rPr>
      </w:pPr>
      <w:r w:rsidRPr="006F5C86">
        <w:rPr>
          <w:b/>
        </w:rPr>
        <w:t>Summary</w:t>
      </w:r>
    </w:p>
    <w:p w:rsidR="006F5C86" w:rsidRPr="006F5C86" w:rsidRDefault="006F5C86" w:rsidP="006F5C86">
      <w:pPr>
        <w:pStyle w:val="NoSpacing"/>
        <w:rPr>
          <w:b/>
        </w:rPr>
      </w:pPr>
    </w:p>
    <w:p w:rsidR="00F07480" w:rsidRDefault="00C21515" w:rsidP="006F5C86">
      <w:pPr>
        <w:pStyle w:val="NoSpacing"/>
      </w:pPr>
      <w:r>
        <w:t xml:space="preserve">This document captures the </w:t>
      </w:r>
      <w:r>
        <w:t xml:space="preserve">design </w:t>
      </w:r>
      <w:r>
        <w:t xml:space="preserve">for the DUTAS </w:t>
      </w:r>
      <w:r w:rsidR="006F5C86">
        <w:t xml:space="preserve">Batch </w:t>
      </w:r>
      <w:r>
        <w:t>Job Scheduling system</w:t>
      </w:r>
      <w:r w:rsidR="006F5C86">
        <w:t xml:space="preserve"> on SQL Server</w:t>
      </w:r>
      <w:r>
        <w:t>. It includes database architecture, schema, stored procedures, SQL Agen</w:t>
      </w:r>
      <w:r>
        <w:t xml:space="preserve">t job patterns, PowerShell scripts, maintenance procedures, </w:t>
      </w:r>
      <w:r>
        <w:t xml:space="preserve">and examples. The aim is to provide a </w:t>
      </w:r>
      <w:r w:rsidR="006F5C86">
        <w:t>knowledge document</w:t>
      </w:r>
      <w:r>
        <w:t xml:space="preserve"> for operations, development, and handover.</w:t>
      </w:r>
    </w:p>
    <w:p w:rsidR="006F5C86" w:rsidRDefault="006F5C86" w:rsidP="006F5C86">
      <w:pPr>
        <w:pStyle w:val="NoSpacing"/>
      </w:pPr>
    </w:p>
    <w:p w:rsidR="00F07480" w:rsidRPr="006F5C86" w:rsidRDefault="00C21515" w:rsidP="006F5C86">
      <w:pPr>
        <w:pStyle w:val="NoSpacing"/>
        <w:numPr>
          <w:ilvl w:val="0"/>
          <w:numId w:val="12"/>
        </w:numPr>
        <w:rPr>
          <w:b/>
        </w:rPr>
      </w:pPr>
      <w:r w:rsidRPr="006F5C86">
        <w:rPr>
          <w:b/>
        </w:rPr>
        <w:t>Architecture Overview</w:t>
      </w:r>
    </w:p>
    <w:p w:rsidR="006F5C86" w:rsidRDefault="006F5C86" w:rsidP="006F5C86">
      <w:pPr>
        <w:pStyle w:val="NoSpacing"/>
      </w:pPr>
    </w:p>
    <w:p w:rsidR="00F07480" w:rsidRDefault="00C21515" w:rsidP="006F5C86">
      <w:pPr>
        <w:pStyle w:val="NoSpacing"/>
      </w:pPr>
      <w:r>
        <w:t>High-level compon</w:t>
      </w:r>
      <w:r>
        <w:t>ents:</w:t>
      </w:r>
    </w:p>
    <w:p w:rsidR="00F07480" w:rsidRDefault="00C21515" w:rsidP="006F5C86">
      <w:pPr>
        <w:pStyle w:val="NoSpacing"/>
        <w:numPr>
          <w:ilvl w:val="0"/>
          <w:numId w:val="11"/>
        </w:numPr>
      </w:pPr>
      <w:r>
        <w:t>SQL Server instance: DOES-DUTAS-SQL1 hosting Devl/Test/Prod job scheduling databases and SQL Agent (msdb).</w:t>
      </w:r>
    </w:p>
    <w:p w:rsidR="00F07480" w:rsidRDefault="00C21515" w:rsidP="006F5C86">
      <w:pPr>
        <w:pStyle w:val="NoSpacing"/>
        <w:numPr>
          <w:ilvl w:val="0"/>
          <w:numId w:val="11"/>
        </w:numPr>
      </w:pPr>
      <w:r>
        <w:t xml:space="preserve">Environment databases: </w:t>
      </w:r>
      <w:proofErr w:type="spellStart"/>
      <w:r>
        <w:t>DevlDUTASJobSchedule</w:t>
      </w:r>
      <w:proofErr w:type="spellEnd"/>
      <w:r>
        <w:t xml:space="preserve">, </w:t>
      </w:r>
      <w:proofErr w:type="spellStart"/>
      <w:r>
        <w:t>TestDUTASJobSchedule</w:t>
      </w:r>
      <w:proofErr w:type="spellEnd"/>
      <w:r>
        <w:t>, ProdDUTASJobSchedule.</w:t>
      </w:r>
    </w:p>
    <w:p w:rsidR="00F07480" w:rsidRDefault="00C21515" w:rsidP="006F5C86">
      <w:pPr>
        <w:pStyle w:val="NoSpacing"/>
        <w:numPr>
          <w:ilvl w:val="0"/>
          <w:numId w:val="11"/>
        </w:numPr>
      </w:pPr>
      <w:r>
        <w:t>SQL Agent Jobs for each JobControl entry (3-step</w:t>
      </w:r>
      <w:r>
        <w:t xml:space="preserve"> structure).</w:t>
      </w:r>
    </w:p>
    <w:p w:rsidR="00F07480" w:rsidRDefault="00C21515" w:rsidP="006F5C86">
      <w:pPr>
        <w:pStyle w:val="NoSpacing"/>
        <w:numPr>
          <w:ilvl w:val="0"/>
          <w:numId w:val="11"/>
        </w:numPr>
      </w:pPr>
      <w:r>
        <w:t>PowerShell scripts for remote job execution and logging.</w:t>
      </w:r>
    </w:p>
    <w:p w:rsidR="00F07480" w:rsidRDefault="00C21515" w:rsidP="006F5C86">
      <w:pPr>
        <w:pStyle w:val="NoSpacing"/>
        <w:numPr>
          <w:ilvl w:val="0"/>
          <w:numId w:val="11"/>
        </w:numPr>
      </w:pPr>
      <w:r>
        <w:t>Operator stored procedures for overrides and maintenance.</w:t>
      </w:r>
    </w:p>
    <w:p w:rsidR="006F5C86" w:rsidRDefault="006F5C86" w:rsidP="006F5C86">
      <w:pPr>
        <w:pStyle w:val="NoSpacing"/>
      </w:pP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1"/>
        <w:gridCol w:w="7019"/>
      </w:tblGrid>
      <w:tr w:rsidR="00B61F50" w:rsidRPr="00B61F50" w:rsidTr="00B61F5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Description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SQL Server Instance</w:t>
            </w:r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Centralized instance hosting all environment databases and SQL Agent Jobs (</w:t>
            </w:r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DOES-DUTAS-SQL1</w:t>
            </w: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).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Databases</w:t>
            </w:r>
          </w:p>
        </w:tc>
        <w:tc>
          <w:tcPr>
            <w:tcW w:w="0" w:type="auto"/>
            <w:vAlign w:val="center"/>
            <w:hideMark/>
          </w:tcPr>
          <w:p w:rsid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Each environment has its own job scheduling database: </w:t>
            </w:r>
          </w:p>
          <w:p w:rsidR="00B61F50" w:rsidRDefault="00B61F50" w:rsidP="00B61F50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• </w:t>
            </w:r>
            <w:proofErr w:type="spellStart"/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DevlDUTASJobSchedule</w:t>
            </w:r>
            <w:proofErr w:type="spellEnd"/>
          </w:p>
          <w:p w:rsidR="00B61F50" w:rsidRDefault="00B61F50" w:rsidP="00B61F50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• </w:t>
            </w:r>
            <w:proofErr w:type="spellStart"/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TestDUTASJobSchedule</w:t>
            </w:r>
            <w:proofErr w:type="spellEnd"/>
          </w:p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• </w:t>
            </w:r>
            <w:proofErr w:type="spellStart"/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ProdDUTASJobSchedule</w:t>
            </w:r>
            <w:proofErr w:type="spellEnd"/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SQL Agent</w:t>
            </w:r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Manages the execution of scheduled jobs. Each job is linked to stored procedures for conditional execution and status tracking.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PowerShell Scripts</w:t>
            </w:r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Used for remote job triggering, job submission, and maintenance automation.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Backup Process</w:t>
            </w:r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Automated PowerShell process backs up all SQL Agent job definitions and configurations.</w:t>
            </w:r>
          </w:p>
        </w:tc>
      </w:tr>
    </w:tbl>
    <w:p w:rsidR="00B61F50" w:rsidRDefault="00B61F50" w:rsidP="006F5C86">
      <w:pPr>
        <w:pStyle w:val="NoSpacing"/>
      </w:pPr>
    </w:p>
    <w:p w:rsidR="00783C71" w:rsidRPr="00783C71" w:rsidRDefault="00783C71" w:rsidP="00783C71">
      <w:pPr>
        <w:pStyle w:val="NoSpacing"/>
        <w:rPr>
          <w:b/>
        </w:rPr>
      </w:pPr>
      <w:r w:rsidRPr="00783C71">
        <w:rPr>
          <w:b/>
        </w:rPr>
        <w:t>Job Steps (Generic Job Template)</w:t>
      </w:r>
    </w:p>
    <w:p w:rsidR="00783C71" w:rsidRDefault="00783C71" w:rsidP="00783C71">
      <w:pPr>
        <w:pStyle w:val="NormalWeb"/>
      </w:pPr>
      <w:r>
        <w:t xml:space="preserve">Every job in SQL Agent created by </w:t>
      </w:r>
      <w:proofErr w:type="spellStart"/>
      <w:r>
        <w:rPr>
          <w:rStyle w:val="HTMLCode"/>
        </w:rPr>
        <w:t>usp_CreateSQLAgentJob</w:t>
      </w:r>
      <w:proofErr w:type="spellEnd"/>
      <w:r>
        <w:t xml:space="preserve"> follows 3 steps:</w:t>
      </w: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1"/>
        <w:gridCol w:w="5560"/>
        <w:gridCol w:w="1209"/>
      </w:tblGrid>
      <w:tr w:rsidR="00783C71" w:rsidRPr="00783C71" w:rsidTr="00783C7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783C71" w:rsidRPr="00783C71" w:rsidRDefault="00783C71" w:rsidP="00783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783C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:rsidR="00783C71" w:rsidRPr="00783C71" w:rsidRDefault="00783C71" w:rsidP="00783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783C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783C71" w:rsidRPr="00783C71" w:rsidRDefault="00783C71" w:rsidP="00783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783C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Subsystem</w:t>
            </w:r>
          </w:p>
        </w:tc>
      </w:tr>
      <w:tr w:rsidR="00783C71" w:rsidRPr="00783C71" w:rsidTr="00783C7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83C71" w:rsidRPr="00783C71" w:rsidRDefault="00783C71" w:rsidP="0078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783C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1. Check Conditions</w:t>
            </w:r>
          </w:p>
        </w:tc>
        <w:tc>
          <w:tcPr>
            <w:tcW w:w="0" w:type="auto"/>
            <w:vAlign w:val="center"/>
            <w:hideMark/>
          </w:tcPr>
          <w:p w:rsidR="00783C71" w:rsidRPr="00783C71" w:rsidRDefault="00783C71" w:rsidP="0078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783C71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Runs </w:t>
            </w:r>
            <w:proofErr w:type="spellStart"/>
            <w:r w:rsidRPr="00783C71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usp_CheckJobConditions_Generic</w:t>
            </w:r>
            <w:proofErr w:type="spellEnd"/>
            <w:r w:rsidRPr="00783C71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 xml:space="preserve"> @</w:t>
            </w:r>
            <w:proofErr w:type="spellStart"/>
            <w:r w:rsidRPr="00783C71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JobName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83C71" w:rsidRPr="00783C71" w:rsidRDefault="00783C71" w:rsidP="0078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783C71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T-SQL</w:t>
            </w:r>
          </w:p>
        </w:tc>
      </w:tr>
      <w:tr w:rsidR="00783C71" w:rsidRPr="00783C71" w:rsidTr="00783C7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83C71" w:rsidRPr="00783C71" w:rsidRDefault="00783C71" w:rsidP="0078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783C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2. Run Job Script</w:t>
            </w:r>
          </w:p>
        </w:tc>
        <w:tc>
          <w:tcPr>
            <w:tcW w:w="0" w:type="auto"/>
            <w:vAlign w:val="center"/>
            <w:hideMark/>
          </w:tcPr>
          <w:p w:rsidR="00783C71" w:rsidRPr="00783C71" w:rsidRDefault="00783C71" w:rsidP="0078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783C71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Executes PowerShell job file using </w:t>
            </w:r>
            <w:r w:rsidRPr="00783C71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Execute-RemoteJob.ps1</w:t>
            </w:r>
            <w:r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 xml:space="preserve"> –</w:t>
            </w:r>
            <w:proofErr w:type="spellStart"/>
            <w:r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Jobname</w:t>
            </w:r>
            <w:proofErr w:type="spellEnd"/>
            <w:r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 xml:space="preserve"> -</w:t>
            </w:r>
            <w:proofErr w:type="spellStart"/>
            <w:r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Env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83C71" w:rsidRPr="00783C71" w:rsidRDefault="00783C71" w:rsidP="0078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783C71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CmdExec</w:t>
            </w:r>
            <w:proofErr w:type="spellEnd"/>
          </w:p>
        </w:tc>
      </w:tr>
      <w:tr w:rsidR="00783C71" w:rsidRPr="00783C71" w:rsidTr="00783C7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83C71" w:rsidRPr="00783C71" w:rsidRDefault="00783C71" w:rsidP="0078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783C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 xml:space="preserve">3. Update </w:t>
            </w:r>
            <w:r w:rsidRPr="00783C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lastRenderedPageBreak/>
              <w:t>Execution Status</w:t>
            </w:r>
          </w:p>
        </w:tc>
        <w:tc>
          <w:tcPr>
            <w:tcW w:w="0" w:type="auto"/>
            <w:vAlign w:val="center"/>
            <w:hideMark/>
          </w:tcPr>
          <w:p w:rsidR="00783C71" w:rsidRPr="00783C71" w:rsidRDefault="00783C71" w:rsidP="0078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783C71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lastRenderedPageBreak/>
              <w:t xml:space="preserve">Logs job outcome via </w:t>
            </w:r>
            <w:proofErr w:type="spellStart"/>
            <w:r w:rsidRPr="00783C71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usp_UpdateJobStatus_Generic</w:t>
            </w:r>
            <w:proofErr w:type="spellEnd"/>
            <w:r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 xml:space="preserve"> </w:t>
            </w:r>
            <w:r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lastRenderedPageBreak/>
              <w:t>@</w:t>
            </w:r>
            <w:proofErr w:type="spellStart"/>
            <w:r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JobName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83C71" w:rsidRPr="00783C71" w:rsidRDefault="00783C71" w:rsidP="0078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783C71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lastRenderedPageBreak/>
              <w:t>T-SQL</w:t>
            </w:r>
          </w:p>
        </w:tc>
      </w:tr>
    </w:tbl>
    <w:p w:rsidR="00783C71" w:rsidRDefault="00783C71" w:rsidP="006F5C86">
      <w:pPr>
        <w:pStyle w:val="NoSpacing"/>
      </w:pPr>
    </w:p>
    <w:p w:rsidR="00783C71" w:rsidRDefault="00783C71" w:rsidP="006F5C86">
      <w:pPr>
        <w:pStyle w:val="NoSpacing"/>
      </w:pPr>
    </w:p>
    <w:p w:rsidR="00F07480" w:rsidRPr="006F5C86" w:rsidRDefault="006F5C86" w:rsidP="006F5C86">
      <w:pPr>
        <w:pStyle w:val="NoSpacing"/>
        <w:numPr>
          <w:ilvl w:val="0"/>
          <w:numId w:val="12"/>
        </w:numPr>
        <w:rPr>
          <w:b/>
        </w:rPr>
      </w:pPr>
      <w:r w:rsidRPr="006F5C86">
        <w:rPr>
          <w:b/>
        </w:rPr>
        <w:t>Database Schema</w:t>
      </w:r>
    </w:p>
    <w:p w:rsidR="006F5C86" w:rsidRDefault="006F5C86" w:rsidP="006F5C86">
      <w:pPr>
        <w:pStyle w:val="NoSpacing"/>
      </w:pPr>
    </w:p>
    <w:p w:rsidR="00F07480" w:rsidRDefault="00C21515" w:rsidP="006F5C86">
      <w:pPr>
        <w:pStyle w:val="NoSpacing"/>
      </w:pPr>
      <w:r>
        <w:t xml:space="preserve">Database: </w:t>
      </w:r>
      <w:proofErr w:type="spellStart"/>
      <w:r>
        <w:t>DevlDUTASJobSchedule</w:t>
      </w:r>
      <w:proofErr w:type="spellEnd"/>
      <w:r>
        <w:t xml:space="preserve"> (same schema for Test/Prod)</w:t>
      </w:r>
    </w:p>
    <w:p w:rsidR="00F07480" w:rsidRPr="006F5C86" w:rsidRDefault="00C21515" w:rsidP="006F5C86">
      <w:pPr>
        <w:pStyle w:val="NoSpacing"/>
        <w:rPr>
          <w:b/>
        </w:rPr>
      </w:pPr>
      <w:r>
        <w:br/>
      </w:r>
      <w:r w:rsidR="006F5C86" w:rsidRPr="006F5C86">
        <w:rPr>
          <w:b/>
        </w:rPr>
        <w:t xml:space="preserve">3.1 </w:t>
      </w:r>
      <w:r w:rsidRPr="006F5C86">
        <w:rPr>
          <w:b/>
        </w:rPr>
        <w:t>Tables and DDL (key tables):</w:t>
      </w:r>
    </w:p>
    <w:p w:rsidR="00B61F50" w:rsidRDefault="00B61F50" w:rsidP="006F5C86">
      <w:pPr>
        <w:pStyle w:val="NoSpacing"/>
      </w:pP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9"/>
        <w:gridCol w:w="6481"/>
      </w:tblGrid>
      <w:tr w:rsidR="00B61F50" w:rsidRPr="00B61F50" w:rsidTr="00B61F5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Table</w:t>
            </w:r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Purpose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JobControl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Master list of all jobs, their type (Daily/Weekly/Monthly), command </w:t>
            </w:r>
            <w:proofErr w:type="spellStart"/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behavior</w:t>
            </w:r>
            <w:proofErr w:type="spellEnd"/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, active status, and frequency.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JobDependencies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Defines predecessor-successor relationships among jobs. Used to determine sequencing and dependency checks.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JobExitCodes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Logs job completion codes (</w:t>
            </w:r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0 = success</w:t>
            </w: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, </w:t>
            </w:r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1 = failure</w:t>
            </w: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) per execution date.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Job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Execution</w:t>
            </w: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History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Stores audit trail of all job runs with timestamps, exit codes, and trigger source.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Federal</w:t>
            </w: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Holidays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Contains all non-working dates used by scheduling logic (e.g., skip runs on holidays).</w:t>
            </w:r>
          </w:p>
        </w:tc>
      </w:tr>
    </w:tbl>
    <w:p w:rsidR="00B61F50" w:rsidRDefault="00B61F50" w:rsidP="006F5C86">
      <w:pPr>
        <w:pStyle w:val="NoSpacing"/>
      </w:pPr>
    </w:p>
    <w:p w:rsidR="008F713C" w:rsidRPr="006F5C86" w:rsidRDefault="00C21515" w:rsidP="006F5C86">
      <w:pPr>
        <w:pStyle w:val="NoSpacing"/>
        <w:rPr>
          <w:b/>
        </w:rPr>
      </w:pPr>
      <w:r>
        <w:br/>
      </w:r>
      <w:r w:rsidR="006F5C86" w:rsidRPr="006F5C86">
        <w:rPr>
          <w:b/>
        </w:rPr>
        <w:t>3.1.1</w:t>
      </w:r>
      <w:r w:rsidRPr="006F5C86">
        <w:rPr>
          <w:b/>
        </w:rPr>
        <w:t xml:space="preserve"> </w:t>
      </w:r>
      <w:proofErr w:type="spellStart"/>
      <w:r w:rsidRPr="006F5C86">
        <w:rPr>
          <w:b/>
        </w:rPr>
        <w:t>JobCo</w:t>
      </w:r>
      <w:r w:rsidRPr="006F5C86">
        <w:rPr>
          <w:b/>
        </w:rPr>
        <w:t>ntrol</w:t>
      </w:r>
      <w:proofErr w:type="spellEnd"/>
    </w:p>
    <w:p w:rsidR="006F5C86" w:rsidRDefault="006F5C86" w:rsidP="006F5C86">
      <w:pPr>
        <w:pStyle w:val="NoSpacing"/>
      </w:pPr>
    </w:p>
    <w:p w:rsidR="00F07480" w:rsidRDefault="00F07480" w:rsidP="00B61F50">
      <w:pPr>
        <w:pStyle w:val="NoSpacing"/>
      </w:pP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2"/>
        <w:gridCol w:w="5435"/>
      </w:tblGrid>
      <w:tr w:rsidR="00B61F50" w:rsidRPr="00B61F50" w:rsidTr="00B61F5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Column</w:t>
            </w:r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Description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JobName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Unique identifier (e.g., </w:t>
            </w:r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DEVL_DAILY_DTSRQ001</w:t>
            </w: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).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Scheduled</w:t>
            </w: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StartTime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Scheduled start time (HH:MM format).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SchedulerAction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Indicates if job should </w:t>
            </w:r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STOP</w:t>
            </w: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or </w:t>
            </w:r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CONTINUE</w:t>
            </w: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next in chain.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IsActive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1 = Enabled, 0 = Disabled.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DAILY</w:t>
            </w: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, </w:t>
            </w:r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WEEKLY</w:t>
            </w: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, or </w:t>
            </w:r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MONTHLY</w:t>
            </w: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(</w:t>
            </w:r>
            <w:r w:rsidRPr="00B61F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ONDEMAND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)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CreatedDate</w:t>
            </w:r>
            <w:proofErr w:type="spellEnd"/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Job Creation Date</w:t>
            </w:r>
          </w:p>
        </w:tc>
      </w:tr>
    </w:tbl>
    <w:p w:rsidR="00B61F50" w:rsidRDefault="00B61F50" w:rsidP="006F5C86">
      <w:pPr>
        <w:pStyle w:val="NoSpacing"/>
      </w:pPr>
    </w:p>
    <w:p w:rsidR="00F07480" w:rsidRPr="006F5C86" w:rsidRDefault="00C21515" w:rsidP="006F5C86">
      <w:pPr>
        <w:pStyle w:val="NoSpacing"/>
        <w:rPr>
          <w:b/>
        </w:rPr>
      </w:pPr>
      <w:r>
        <w:br/>
      </w:r>
      <w:r w:rsidR="006F5C86" w:rsidRPr="006F5C86">
        <w:rPr>
          <w:b/>
        </w:rPr>
        <w:t>3.1.2</w:t>
      </w:r>
      <w:r w:rsidRPr="006F5C86">
        <w:rPr>
          <w:b/>
        </w:rPr>
        <w:t xml:space="preserve"> </w:t>
      </w:r>
      <w:proofErr w:type="spellStart"/>
      <w:r w:rsidRPr="006F5C86">
        <w:rPr>
          <w:b/>
        </w:rPr>
        <w:t>JobDependencies</w:t>
      </w:r>
      <w:proofErr w:type="spellEnd"/>
    </w:p>
    <w:p w:rsidR="006F5C86" w:rsidRDefault="006F5C86" w:rsidP="006F5C86">
      <w:pPr>
        <w:pStyle w:val="NoSpacing"/>
      </w:pPr>
    </w:p>
    <w:p w:rsidR="00F07480" w:rsidRDefault="00F07480" w:rsidP="00B61F50">
      <w:pPr>
        <w:pStyle w:val="NoSpacing"/>
      </w:pP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5"/>
        <w:gridCol w:w="6294"/>
      </w:tblGrid>
      <w:tr w:rsidR="00B61F50" w:rsidRPr="00B61F50" w:rsidTr="00B61F5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Column</w:t>
            </w:r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Description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JobName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The dependent job.</w:t>
            </w:r>
          </w:p>
        </w:tc>
      </w:tr>
      <w:tr w:rsidR="00B61F50" w:rsidRPr="00B61F50" w:rsidTr="00B61F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B61F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lastRenderedPageBreak/>
              <w:t>PredecessorJob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B61F50" w:rsidRPr="00B61F50" w:rsidRDefault="00B61F5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Job that must complete successfully before current job executes.</w:t>
            </w:r>
          </w:p>
        </w:tc>
      </w:tr>
    </w:tbl>
    <w:p w:rsidR="00B61F50" w:rsidRDefault="00B61F50" w:rsidP="006F5C86">
      <w:pPr>
        <w:pStyle w:val="NoSpacing"/>
      </w:pPr>
    </w:p>
    <w:p w:rsidR="00F07480" w:rsidRPr="006F5C86" w:rsidRDefault="006F5C86" w:rsidP="006F5C86">
      <w:pPr>
        <w:pStyle w:val="NoSpacing"/>
        <w:rPr>
          <w:b/>
        </w:rPr>
      </w:pPr>
      <w:r>
        <w:br/>
      </w:r>
      <w:r w:rsidRPr="006F5C86">
        <w:rPr>
          <w:b/>
        </w:rPr>
        <w:t>3.1.3</w:t>
      </w:r>
      <w:r w:rsidR="00C21515" w:rsidRPr="006F5C86">
        <w:rPr>
          <w:b/>
        </w:rPr>
        <w:t xml:space="preserve"> </w:t>
      </w:r>
      <w:proofErr w:type="spellStart"/>
      <w:r w:rsidR="00C21515" w:rsidRPr="006F5C86">
        <w:rPr>
          <w:b/>
        </w:rPr>
        <w:t>JobExecutionHistory</w:t>
      </w:r>
      <w:proofErr w:type="spellEnd"/>
      <w:r w:rsidR="00C21515" w:rsidRPr="006F5C86">
        <w:rPr>
          <w:b/>
        </w:rPr>
        <w:t xml:space="preserve"> </w:t>
      </w:r>
    </w:p>
    <w:p w:rsidR="006F5C86" w:rsidRDefault="006F5C86" w:rsidP="006F5C86">
      <w:pPr>
        <w:pStyle w:val="NoSpacing"/>
      </w:pPr>
    </w:p>
    <w:p w:rsidR="00B61F50" w:rsidRDefault="00B61F50" w:rsidP="006F5C86">
      <w:pPr>
        <w:pStyle w:val="NoSpacing"/>
      </w:pP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2"/>
        <w:gridCol w:w="1994"/>
        <w:gridCol w:w="896"/>
        <w:gridCol w:w="2131"/>
        <w:gridCol w:w="1527"/>
      </w:tblGrid>
      <w:tr w:rsidR="00F60550" w:rsidRPr="00F60550" w:rsidTr="00F6055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Column Name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Data Type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Allow NULLs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Default / Constraint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Description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ExecutionID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INT (IDENTITY)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Primary Key (auto-increment)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Unique identifier for each job execution record.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JobName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VARCHAR(50)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Name of the job as defined in </w:t>
            </w:r>
            <w:proofErr w:type="spellStart"/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JobControl</w:t>
            </w:r>
            <w:proofErr w:type="spellEnd"/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or SQL Agent.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RunDate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Scheduled date for the job run.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ScheduledStartTime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Time the job was scheduled to start.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ActualStartTime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NULL by default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The actual time when the job started.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ActualEndTime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NULL by default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The actual time when the job completed.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Status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VARCHAR(20)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Default </w:t>
            </w:r>
            <w:r w:rsidRPr="00F605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'Pending'</w:t>
            </w: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, constrained to ('Pending', 'Running', 'Success', 'Failed', '</w:t>
            </w:r>
            <w:proofErr w:type="spellStart"/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ForceComplete</w:t>
            </w:r>
            <w:proofErr w:type="spellEnd"/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')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Indicates current execution status.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ErrorMessage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VARCHAR(MAX)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NULL by default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Error message captured for failed runs.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OverrideFlag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BIT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Default </w:t>
            </w:r>
            <w:r w:rsidRPr="00F605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Flag </w:t>
            </w: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lastRenderedPageBreak/>
              <w:t>indicating if job status was manually overridden.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lastRenderedPageBreak/>
              <w:t>OverrideBy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VARCHAR(100)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NULL by default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Name of user or process who overrode the status.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OverrideDate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NULL by default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Timestamp when the override was applied.</w:t>
            </w:r>
          </w:p>
        </w:tc>
      </w:tr>
    </w:tbl>
    <w:p w:rsidR="00F07480" w:rsidRPr="006F5C86" w:rsidRDefault="00C21515" w:rsidP="006F5C86">
      <w:pPr>
        <w:pStyle w:val="NoSpacing"/>
        <w:rPr>
          <w:b/>
        </w:rPr>
      </w:pPr>
      <w:r>
        <w:br/>
      </w:r>
      <w:r w:rsidR="006F5C86" w:rsidRPr="006F5C86">
        <w:rPr>
          <w:b/>
        </w:rPr>
        <w:t>3.1.4</w:t>
      </w:r>
      <w:r w:rsidRPr="006F5C86">
        <w:rPr>
          <w:b/>
        </w:rPr>
        <w:t xml:space="preserve"> </w:t>
      </w:r>
      <w:proofErr w:type="spellStart"/>
      <w:r w:rsidRPr="006F5C86">
        <w:rPr>
          <w:b/>
        </w:rPr>
        <w:t>JobExitCodes</w:t>
      </w:r>
      <w:proofErr w:type="spellEnd"/>
    </w:p>
    <w:p w:rsidR="006F5C86" w:rsidRDefault="006F5C86" w:rsidP="006F5C86">
      <w:pPr>
        <w:pStyle w:val="NoSpacing"/>
        <w:rPr>
          <w:rFonts w:ascii="Courier New" w:hAnsi="Courier New"/>
          <w:sz w:val="18"/>
        </w:rPr>
      </w:pPr>
    </w:p>
    <w:p w:rsidR="00F07480" w:rsidRDefault="00F07480" w:rsidP="006F5C86">
      <w:pPr>
        <w:pStyle w:val="NoSpacing"/>
      </w:pP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2"/>
        <w:gridCol w:w="1967"/>
        <w:gridCol w:w="997"/>
        <w:gridCol w:w="1577"/>
        <w:gridCol w:w="2447"/>
      </w:tblGrid>
      <w:tr w:rsidR="00F60550" w:rsidRPr="00F60550" w:rsidTr="00F6055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Column Name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Data Type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Allow NULLs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Default / Constraint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Description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JobExecutionID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INT (IDENTITY)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Primary Key (auto-increment)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Unique identifier for each job execution record logged by PowerShell.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JobName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NVARCHAR(128)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Name of the executed SQL or batch job.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RunDate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Date when the job ran.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ExitCode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Exit code returned by PowerShell or job execution process.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RecordedTime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DATETIME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Default </w:t>
            </w:r>
            <w:r w:rsidRPr="00F6055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GETDATE()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Timestamp when exit code was recorded.</w:t>
            </w:r>
          </w:p>
        </w:tc>
      </w:tr>
    </w:tbl>
    <w:p w:rsidR="00F60550" w:rsidRDefault="00F60550" w:rsidP="006F5C86">
      <w:pPr>
        <w:pStyle w:val="NoSpacing"/>
      </w:pPr>
    </w:p>
    <w:p w:rsidR="00F07480" w:rsidRPr="006F5C86" w:rsidRDefault="00C21515" w:rsidP="006F5C86">
      <w:pPr>
        <w:pStyle w:val="NoSpacing"/>
        <w:rPr>
          <w:b/>
        </w:rPr>
      </w:pPr>
      <w:r>
        <w:br/>
      </w:r>
      <w:r w:rsidR="006F5C86" w:rsidRPr="006F5C86">
        <w:rPr>
          <w:b/>
        </w:rPr>
        <w:t>3.1.</w:t>
      </w:r>
      <w:r w:rsidRPr="006F5C86">
        <w:rPr>
          <w:b/>
        </w:rPr>
        <w:t>5</w:t>
      </w:r>
      <w:r w:rsidRPr="006F5C86">
        <w:rPr>
          <w:b/>
        </w:rPr>
        <w:t xml:space="preserve"> </w:t>
      </w:r>
      <w:proofErr w:type="spellStart"/>
      <w:r w:rsidRPr="006F5C86">
        <w:rPr>
          <w:b/>
        </w:rPr>
        <w:t>FederalHoliday</w:t>
      </w:r>
      <w:proofErr w:type="spellEnd"/>
      <w:r w:rsidRPr="006F5C86">
        <w:rPr>
          <w:b/>
        </w:rPr>
        <w:t xml:space="preserve"> </w:t>
      </w:r>
    </w:p>
    <w:p w:rsidR="006F5C86" w:rsidRDefault="006F5C86" w:rsidP="006F5C86">
      <w:pPr>
        <w:pStyle w:val="NoSpacing"/>
        <w:rPr>
          <w:rFonts w:ascii="Courier New" w:hAnsi="Courier New"/>
          <w:sz w:val="18"/>
        </w:rPr>
      </w:pPr>
    </w:p>
    <w:p w:rsidR="00F07480" w:rsidRDefault="00C21515" w:rsidP="006F5C86">
      <w:pPr>
        <w:pStyle w:val="NoSpacing"/>
      </w:pPr>
      <w:r>
        <w:rPr>
          <w:rFonts w:ascii="Courier New" w:hAnsi="Courier New"/>
          <w:sz w:val="18"/>
        </w:rPr>
        <w:br/>
      </w: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1"/>
        <w:gridCol w:w="1807"/>
        <w:gridCol w:w="1054"/>
        <w:gridCol w:w="1733"/>
        <w:gridCol w:w="2625"/>
      </w:tblGrid>
      <w:tr w:rsidR="00F60550" w:rsidRPr="00F60550" w:rsidTr="00F6055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Column Name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Data Type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Allow NULLs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Default / Constraint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Description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HolidayID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INT (IDENTITY)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Primary Key (auto-increment)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Unique identifier for each holiday entry.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lastRenderedPageBreak/>
              <w:t>HolidayDate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Unique constraint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The actual date of the federal holiday.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HolidayName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VARCHAR(100)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The name of the holiday (e.g., “Independence Day”).</w:t>
            </w:r>
          </w:p>
        </w:tc>
      </w:tr>
      <w:tr w:rsidR="00F60550" w:rsidRPr="00F60550" w:rsidTr="00F6055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INT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:rsidR="00F60550" w:rsidRPr="00F60550" w:rsidRDefault="00F60550" w:rsidP="00F605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F605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Calendar year the holiday applies to.</w:t>
            </w:r>
          </w:p>
        </w:tc>
      </w:tr>
    </w:tbl>
    <w:p w:rsidR="00F60550" w:rsidRDefault="00F60550" w:rsidP="006F5C86">
      <w:pPr>
        <w:pStyle w:val="NoSpacing"/>
      </w:pPr>
    </w:p>
    <w:p w:rsidR="00F60550" w:rsidRDefault="00F60550" w:rsidP="006F5C86">
      <w:pPr>
        <w:pStyle w:val="NoSpacing"/>
      </w:pPr>
    </w:p>
    <w:p w:rsidR="00F07480" w:rsidRPr="006F5C86" w:rsidRDefault="006F5C86" w:rsidP="006F5C86">
      <w:pPr>
        <w:pStyle w:val="NoSpacing"/>
        <w:rPr>
          <w:b/>
        </w:rPr>
      </w:pPr>
      <w:r w:rsidRPr="006F5C86">
        <w:rPr>
          <w:b/>
        </w:rPr>
        <w:t xml:space="preserve">3.2 </w:t>
      </w:r>
      <w:r w:rsidR="00C21515" w:rsidRPr="006F5C86">
        <w:rPr>
          <w:b/>
        </w:rPr>
        <w:t>Stored Procedures (core) - Source Code &amp; Purpose</w:t>
      </w:r>
    </w:p>
    <w:p w:rsidR="006F5C86" w:rsidRDefault="006F5C86" w:rsidP="006F5C86">
      <w:pPr>
        <w:pStyle w:val="NoSpacing"/>
      </w:pPr>
    </w:p>
    <w:p w:rsidR="00F07480" w:rsidRDefault="00C21515" w:rsidP="006F5C86">
      <w:pPr>
        <w:pStyle w:val="NoSpacing"/>
      </w:pPr>
      <w:r>
        <w:t xml:space="preserve">Below are the finalized stored procedures that implement the logic for the scheduling system.  This section includes the purpose and the </w:t>
      </w:r>
      <w:r>
        <w:t>final tested T-SQL for each one.</w:t>
      </w:r>
    </w:p>
    <w:p w:rsidR="009A7130" w:rsidRDefault="009A7130" w:rsidP="006F5C86">
      <w:pPr>
        <w:pStyle w:val="NoSpacing"/>
      </w:pP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76"/>
        <w:gridCol w:w="5094"/>
      </w:tblGrid>
      <w:tr w:rsidR="009A7130" w:rsidRPr="009A7130" w:rsidTr="009A713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9A71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Stored Procedure</w:t>
            </w:r>
          </w:p>
        </w:tc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9A71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Description</w:t>
            </w:r>
          </w:p>
        </w:tc>
      </w:tr>
      <w:tr w:rsidR="009A7130" w:rsidRPr="009A7130" w:rsidTr="009A713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9A71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usp_CreateSQLAgentJob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7130" w:rsidRPr="009A7130" w:rsidRDefault="009A7130" w:rsidP="00B61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Creates a new SQL Agent job dynamically from </w:t>
            </w:r>
            <w:proofErr w:type="spellStart"/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JobControl</w:t>
            </w:r>
            <w:proofErr w:type="spellEnd"/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entries. </w:t>
            </w:r>
            <w:r w:rsidR="00B61F5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Default run on Monday to Friday (modify schedule if needed manually). </w:t>
            </w:r>
          </w:p>
        </w:tc>
      </w:tr>
      <w:tr w:rsidR="009A7130" w:rsidRPr="009A7130" w:rsidTr="009A713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9A71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usp_ScheduleMonthlyJob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Dynamically attaches or reattaches one-time monthly job schedules using </w:t>
            </w:r>
            <w:r w:rsidRPr="009A713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@</w:t>
            </w:r>
            <w:proofErr w:type="spellStart"/>
            <w:r w:rsidRPr="009A713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Env</w:t>
            </w:r>
            <w:proofErr w:type="spellEnd"/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, </w:t>
            </w:r>
            <w:r w:rsidRPr="009A713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@</w:t>
            </w:r>
            <w:proofErr w:type="spellStart"/>
            <w:r w:rsidRPr="009A713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RunDate</w:t>
            </w:r>
            <w:proofErr w:type="spellEnd"/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, and </w:t>
            </w:r>
            <w:r w:rsidRPr="009A713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@</w:t>
            </w:r>
            <w:proofErr w:type="spellStart"/>
            <w:r w:rsidRPr="009A713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RunTime</w:t>
            </w:r>
            <w:proofErr w:type="spellEnd"/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.</w:t>
            </w:r>
          </w:p>
        </w:tc>
      </w:tr>
      <w:tr w:rsidR="009A7130" w:rsidRPr="009A7130" w:rsidTr="009A713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9A71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usp_CheckJobConditions_Generic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Evaluates predecessor job statuses and environmental conditions before running a job.</w:t>
            </w:r>
          </w:p>
        </w:tc>
      </w:tr>
      <w:tr w:rsidR="009A7130" w:rsidRPr="009A7130" w:rsidTr="009A713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9A71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usp_UpdateJobStatus_Generic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Updates the job execution outcome (</w:t>
            </w:r>
            <w:r w:rsidRPr="009A713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Success</w:t>
            </w:r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/ </w:t>
            </w:r>
            <w:r w:rsidRPr="009A7130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Failure</w:t>
            </w:r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) in </w:t>
            </w:r>
            <w:proofErr w:type="spellStart"/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JobControl</w:t>
            </w:r>
            <w:proofErr w:type="spellEnd"/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after each run.</w:t>
            </w:r>
          </w:p>
        </w:tc>
      </w:tr>
      <w:tr w:rsidR="009A7130" w:rsidRPr="009A7130" w:rsidTr="009A713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9A71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usp_TriggerMissedJobs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Checks for missed executions and triggers them if required.</w:t>
            </w:r>
          </w:p>
        </w:tc>
      </w:tr>
      <w:tr w:rsidR="009A7130" w:rsidRPr="009A7130" w:rsidTr="009A7130">
        <w:trPr>
          <w:tblCellSpacing w:w="15" w:type="dxa"/>
        </w:trPr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 w:rsidRPr="009A71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usp_ForceComplete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9A7130" w:rsidRPr="009A7130" w:rsidRDefault="009A7130" w:rsidP="009A71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9A713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Utility to close out jobs manually when needed for maintenance or re-runs.</w:t>
            </w:r>
          </w:p>
        </w:tc>
      </w:tr>
    </w:tbl>
    <w:p w:rsidR="00F07480" w:rsidRDefault="006F5C86" w:rsidP="006F5C86">
      <w:pPr>
        <w:pStyle w:val="NoSpacing"/>
      </w:pPr>
      <w:r>
        <w:br/>
      </w:r>
    </w:p>
    <w:p w:rsidR="00F07480" w:rsidRDefault="008F713C" w:rsidP="006F5C86">
      <w:pPr>
        <w:pStyle w:val="NoSpacing"/>
        <w:rPr>
          <w:b/>
        </w:rPr>
      </w:pPr>
      <w:r w:rsidRPr="008F713C">
        <w:rPr>
          <w:b/>
        </w:rPr>
        <w:t xml:space="preserve">3.3 </w:t>
      </w:r>
      <w:r w:rsidR="00C21515" w:rsidRPr="008F713C">
        <w:rPr>
          <w:b/>
        </w:rPr>
        <w:t>PowerShell Scripts (key)</w:t>
      </w:r>
    </w:p>
    <w:p w:rsidR="008F713C" w:rsidRPr="008F713C" w:rsidRDefault="008F713C" w:rsidP="006F5C86">
      <w:pPr>
        <w:pStyle w:val="NoSpacing"/>
        <w:rPr>
          <w:b/>
        </w:rPr>
      </w:pPr>
    </w:p>
    <w:p w:rsidR="008F713C" w:rsidRPr="008F713C" w:rsidRDefault="008F713C" w:rsidP="006F5C86">
      <w:pPr>
        <w:pStyle w:val="NoSpacing"/>
        <w:rPr>
          <w:b/>
        </w:rPr>
      </w:pPr>
      <w:r w:rsidRPr="008F713C">
        <w:rPr>
          <w:b/>
        </w:rPr>
        <w:t>3.3.</w:t>
      </w:r>
      <w:r>
        <w:rPr>
          <w:b/>
        </w:rPr>
        <w:t>1</w:t>
      </w:r>
      <w:r w:rsidRPr="008F713C">
        <w:rPr>
          <w:b/>
        </w:rPr>
        <w:t xml:space="preserve"> Execute-RemoteJob.ps1 </w:t>
      </w:r>
    </w:p>
    <w:p w:rsidR="008F713C" w:rsidRDefault="008F713C" w:rsidP="006F5C86">
      <w:pPr>
        <w:pStyle w:val="NoSpacing"/>
      </w:pPr>
    </w:p>
    <w:p w:rsidR="00C21515" w:rsidRDefault="008F713C" w:rsidP="00C21515">
      <w:pPr>
        <w:pStyle w:val="NoSpacing"/>
      </w:pPr>
      <w:r>
        <w:t xml:space="preserve">Purpose: </w:t>
      </w:r>
      <w:r w:rsidR="00C21515">
        <w:t>Wrapper that invokes remote job and logs exit code to JobExitCodes table.</w:t>
      </w:r>
      <w:r w:rsidR="00C21515">
        <w:t xml:space="preserve">  </w:t>
      </w:r>
    </w:p>
    <w:p w:rsidR="00F07480" w:rsidRDefault="00F07480" w:rsidP="006F5C86">
      <w:pPr>
        <w:pStyle w:val="NoSpacing"/>
      </w:pPr>
    </w:p>
    <w:p w:rsidR="008F713C" w:rsidRPr="008F713C" w:rsidRDefault="00C21515" w:rsidP="006F5C86">
      <w:pPr>
        <w:pStyle w:val="NoSpacing"/>
        <w:rPr>
          <w:b/>
        </w:rPr>
      </w:pPr>
      <w:r>
        <w:br/>
      </w:r>
      <w:r w:rsidR="008F713C" w:rsidRPr="008F713C">
        <w:rPr>
          <w:b/>
        </w:rPr>
        <w:t xml:space="preserve">3.3.2 RCSubmit-Job.ps1 </w:t>
      </w:r>
    </w:p>
    <w:p w:rsidR="008F713C" w:rsidRDefault="008F713C" w:rsidP="006F5C86">
      <w:pPr>
        <w:pStyle w:val="NoSpacing"/>
      </w:pPr>
    </w:p>
    <w:p w:rsidR="00F07480" w:rsidRDefault="008F713C" w:rsidP="006F5C86">
      <w:pPr>
        <w:pStyle w:val="NoSpacing"/>
      </w:pPr>
      <w:r>
        <w:lastRenderedPageBreak/>
        <w:t xml:space="preserve">Purpose: </w:t>
      </w:r>
      <w:r w:rsidR="00C21515">
        <w:t>Runs legacy submit command and evaluates SYSLOG and exit codes. Customize acceptance list per job.</w:t>
      </w:r>
    </w:p>
    <w:p w:rsidR="00C21515" w:rsidRDefault="00C21515" w:rsidP="008F713C">
      <w:pPr>
        <w:pStyle w:val="NoSpacing"/>
        <w:rPr>
          <w:rFonts w:ascii="Courier New" w:hAnsi="Courier New"/>
          <w:sz w:val="18"/>
        </w:rPr>
      </w:pPr>
    </w:p>
    <w:p w:rsidR="008F713C" w:rsidRPr="008F713C" w:rsidRDefault="008F713C" w:rsidP="008F713C">
      <w:pPr>
        <w:pStyle w:val="NoSpacing"/>
        <w:rPr>
          <w:b/>
        </w:rPr>
      </w:pPr>
      <w:r w:rsidRPr="008F713C">
        <w:rPr>
          <w:b/>
        </w:rPr>
        <w:t>3.3.3</w:t>
      </w:r>
      <w:r w:rsidRPr="008F713C">
        <w:rPr>
          <w:b/>
        </w:rPr>
        <w:t xml:space="preserve"> Backup-SQLAgentJobs.ps1 </w:t>
      </w:r>
    </w:p>
    <w:p w:rsidR="008F713C" w:rsidRDefault="008F713C" w:rsidP="008F713C">
      <w:pPr>
        <w:pStyle w:val="NoSpacing"/>
      </w:pPr>
    </w:p>
    <w:p w:rsidR="008F713C" w:rsidRDefault="008F713C" w:rsidP="008F713C">
      <w:pPr>
        <w:pStyle w:val="NoSpacing"/>
      </w:pPr>
      <w:r>
        <w:t xml:space="preserve">Purpose: </w:t>
      </w:r>
      <w:r>
        <w:t>Exports all SQL Agent jobs as .</w:t>
      </w:r>
      <w:proofErr w:type="spellStart"/>
      <w:r>
        <w:t>sql</w:t>
      </w:r>
      <w:proofErr w:type="spellEnd"/>
      <w:r>
        <w:t xml:space="preserve"> files and zips them. (Used for job backups prior to promotion)</w:t>
      </w:r>
    </w:p>
    <w:p w:rsidR="008F713C" w:rsidRDefault="008F713C" w:rsidP="008F713C">
      <w:pPr>
        <w:pStyle w:val="NoSpacing"/>
      </w:pPr>
    </w:p>
    <w:p w:rsidR="00F07480" w:rsidRPr="008F713C" w:rsidRDefault="008F713C" w:rsidP="006F5C86">
      <w:pPr>
        <w:pStyle w:val="NoSpacing"/>
        <w:rPr>
          <w:b/>
        </w:rPr>
      </w:pPr>
      <w:r w:rsidRPr="008F713C">
        <w:rPr>
          <w:b/>
        </w:rPr>
        <w:t xml:space="preserve">4. </w:t>
      </w:r>
      <w:r w:rsidR="00C21515" w:rsidRPr="008F713C">
        <w:rPr>
          <w:b/>
        </w:rPr>
        <w:t xml:space="preserve">Operational Procedures </w:t>
      </w:r>
    </w:p>
    <w:p w:rsidR="009C5BD6" w:rsidRDefault="009C5BD6" w:rsidP="006F5C86">
      <w:pPr>
        <w:pStyle w:val="NoSpacing"/>
      </w:pPr>
    </w:p>
    <w:p w:rsidR="00F07480" w:rsidRPr="009C5BD6" w:rsidRDefault="009C5BD6" w:rsidP="006F5C86">
      <w:pPr>
        <w:pStyle w:val="NoSpacing"/>
        <w:rPr>
          <w:b/>
        </w:rPr>
      </w:pPr>
      <w:r w:rsidRPr="009C5BD6">
        <w:rPr>
          <w:b/>
        </w:rPr>
        <w:t xml:space="preserve">4.1 </w:t>
      </w:r>
      <w:r w:rsidR="00C21515" w:rsidRPr="009C5BD6">
        <w:rPr>
          <w:b/>
        </w:rPr>
        <w:t>Standard Daily Checklist (before 4:00 AM):</w:t>
      </w:r>
    </w:p>
    <w:p w:rsidR="00F07480" w:rsidRDefault="00C21515" w:rsidP="008F713C">
      <w:pPr>
        <w:pStyle w:val="NoSpacing"/>
        <w:numPr>
          <w:ilvl w:val="0"/>
          <w:numId w:val="11"/>
        </w:numPr>
      </w:pPr>
      <w:r>
        <w:t>Verify SQL Server and SQL Agent service</w:t>
      </w:r>
      <w:r>
        <w:t>s are running.</w:t>
      </w:r>
    </w:p>
    <w:p w:rsidR="00F07480" w:rsidRDefault="00C21515" w:rsidP="008F713C">
      <w:pPr>
        <w:pStyle w:val="NoSpacing"/>
        <w:numPr>
          <w:ilvl w:val="0"/>
          <w:numId w:val="11"/>
        </w:numPr>
      </w:pPr>
      <w:r>
        <w:t xml:space="preserve">Verify </w:t>
      </w:r>
      <w:proofErr w:type="spellStart"/>
      <w:r>
        <w:t>JobControl</w:t>
      </w:r>
      <w:proofErr w:type="spellEnd"/>
      <w:r>
        <w:t xml:space="preserve"> entries and schedules.</w:t>
      </w:r>
    </w:p>
    <w:p w:rsidR="00F07480" w:rsidRDefault="00C21515" w:rsidP="006F5C86">
      <w:pPr>
        <w:pStyle w:val="NoSpacing"/>
        <w:rPr>
          <w:b/>
        </w:rPr>
      </w:pPr>
      <w:r>
        <w:br/>
      </w:r>
      <w:r w:rsidR="009C5BD6" w:rsidRPr="009C5BD6">
        <w:rPr>
          <w:b/>
        </w:rPr>
        <w:t xml:space="preserve">4.2 </w:t>
      </w:r>
      <w:r w:rsidRPr="009C5BD6">
        <w:rPr>
          <w:b/>
        </w:rPr>
        <w:t>Ad-hoc Maintenance / Override Flow:</w:t>
      </w:r>
    </w:p>
    <w:p w:rsidR="009C5BD6" w:rsidRPr="009C5BD6" w:rsidRDefault="009C5BD6" w:rsidP="006F5C86">
      <w:pPr>
        <w:pStyle w:val="NoSpacing"/>
        <w:rPr>
          <w:b/>
        </w:rPr>
      </w:pPr>
    </w:p>
    <w:p w:rsidR="00F07480" w:rsidRDefault="00C21515" w:rsidP="008F713C">
      <w:pPr>
        <w:pStyle w:val="NoSpacing"/>
        <w:numPr>
          <w:ilvl w:val="0"/>
          <w:numId w:val="14"/>
        </w:numPr>
      </w:pPr>
      <w:r>
        <w:t>If a job fails (STOP), investigate and fix the root cause.</w:t>
      </w:r>
    </w:p>
    <w:p w:rsidR="00F07480" w:rsidRDefault="00C21515" w:rsidP="008F713C">
      <w:pPr>
        <w:pStyle w:val="NoSpacing"/>
        <w:numPr>
          <w:ilvl w:val="0"/>
          <w:numId w:val="14"/>
        </w:numPr>
      </w:pPr>
      <w:r>
        <w:t xml:space="preserve">Re-run the failed job </w:t>
      </w:r>
      <w:r w:rsidR="008F713C">
        <w:t>PowerShell</w:t>
      </w:r>
      <w:r>
        <w:t xml:space="preserve"> or via SSMS.</w:t>
      </w:r>
    </w:p>
    <w:p w:rsidR="008F713C" w:rsidRDefault="008F713C" w:rsidP="008F713C">
      <w:pPr>
        <w:pStyle w:val="NoSpacing"/>
        <w:numPr>
          <w:ilvl w:val="0"/>
          <w:numId w:val="14"/>
        </w:numPr>
      </w:pPr>
      <w:r>
        <w:t xml:space="preserve">Run SQL: </w:t>
      </w:r>
      <w:proofErr w:type="spellStart"/>
      <w:r w:rsidRPr="008F713C">
        <w:t>ForceCompleteJob.sql</w:t>
      </w:r>
      <w:proofErr w:type="spellEnd"/>
      <w:r>
        <w:t xml:space="preserve"> to mark job force complete. It uses Stored Procedure: </w:t>
      </w:r>
      <w:proofErr w:type="spellStart"/>
      <w:r w:rsidRPr="008F713C">
        <w:t>usp_ForceComplete</w:t>
      </w:r>
      <w:proofErr w:type="spellEnd"/>
      <w:r>
        <w:t xml:space="preserve"> and takes Job Name and Operator Name as input. </w:t>
      </w:r>
    </w:p>
    <w:p w:rsidR="00F07480" w:rsidRDefault="00C21515" w:rsidP="008F713C">
      <w:pPr>
        <w:pStyle w:val="NoSpacing"/>
        <w:numPr>
          <w:ilvl w:val="0"/>
          <w:numId w:val="14"/>
        </w:numPr>
      </w:pPr>
      <w:r>
        <w:t xml:space="preserve">After ad-hoc operations, </w:t>
      </w:r>
      <w:r w:rsidR="009C5BD6">
        <w:t xml:space="preserve">you can run the jobs that missed scheduled time start either one by one or you can </w:t>
      </w:r>
      <w:r>
        <w:t xml:space="preserve">run </w:t>
      </w:r>
      <w:proofErr w:type="spellStart"/>
      <w:r>
        <w:t>dbo.usp_TriggerMissedJobs</w:t>
      </w:r>
      <w:proofErr w:type="spellEnd"/>
      <w:r>
        <w:t xml:space="preserve"> to trigger jobs that missed their scheduled start while </w:t>
      </w:r>
      <w:r w:rsidR="009C5BD6">
        <w:t>failed job resolution</w:t>
      </w:r>
      <w:r>
        <w:t xml:space="preserve"> was </w:t>
      </w:r>
      <w:r>
        <w:t>in progress.</w:t>
      </w:r>
    </w:p>
    <w:p w:rsidR="00F07480" w:rsidRDefault="00C21515" w:rsidP="006F5C86">
      <w:pPr>
        <w:pStyle w:val="NoSpacing"/>
      </w:pPr>
      <w:r>
        <w:br/>
        <w:t>Sample commands:</w:t>
      </w:r>
    </w:p>
    <w:p w:rsidR="009C5BD6" w:rsidRDefault="00C21515" w:rsidP="006F5C86">
      <w:pPr>
        <w:pStyle w:val="NoSpacing"/>
        <w:rPr>
          <w:rFonts w:ascii="Courier New" w:hAnsi="Courier New"/>
          <w:sz w:val="18"/>
        </w:rPr>
      </w:pPr>
      <w:r>
        <w:rPr>
          <w:rFonts w:ascii="Courier New" w:hAnsi="Courier New"/>
          <w:sz w:val="18"/>
        </w:rPr>
        <w:t xml:space="preserve">-- </w:t>
      </w:r>
      <w:r w:rsidR="008F713C">
        <w:rPr>
          <w:rFonts w:ascii="Courier New" w:hAnsi="Courier New"/>
          <w:sz w:val="18"/>
        </w:rPr>
        <w:t>Force Complete</w:t>
      </w:r>
      <w:r>
        <w:rPr>
          <w:rFonts w:ascii="Courier New" w:hAnsi="Courier New"/>
          <w:sz w:val="18"/>
        </w:rPr>
        <w:t xml:space="preserve"> (example</w:t>
      </w:r>
      <w:proofErr w:type="gramStart"/>
      <w:r>
        <w:rPr>
          <w:rFonts w:ascii="Courier New" w:hAnsi="Courier New"/>
          <w:sz w:val="18"/>
        </w:rPr>
        <w:t>)</w:t>
      </w:r>
      <w:proofErr w:type="gramEnd"/>
      <w:r>
        <w:rPr>
          <w:rFonts w:ascii="Courier New" w:hAnsi="Courier New"/>
          <w:sz w:val="18"/>
        </w:rPr>
        <w:br/>
      </w:r>
      <w:r w:rsidR="008F713C" w:rsidRPr="008F713C">
        <w:rPr>
          <w:rFonts w:ascii="Courier New" w:hAnsi="Courier New"/>
          <w:sz w:val="18"/>
        </w:rPr>
        <w:t xml:space="preserve">EXEC </w:t>
      </w:r>
      <w:proofErr w:type="spellStart"/>
      <w:r w:rsidR="008F713C" w:rsidRPr="008F713C">
        <w:rPr>
          <w:rFonts w:ascii="Courier New" w:hAnsi="Courier New"/>
          <w:sz w:val="18"/>
        </w:rPr>
        <w:t>dbo.usp_ForceComplete</w:t>
      </w:r>
      <w:proofErr w:type="spellEnd"/>
      <w:r w:rsidR="008F713C" w:rsidRPr="008F713C">
        <w:rPr>
          <w:rFonts w:ascii="Courier New" w:hAnsi="Courier New"/>
          <w:sz w:val="18"/>
        </w:rPr>
        <w:t xml:space="preserve"> 'DEVL_WEEKLY_DTSGSID1', '</w:t>
      </w:r>
      <w:proofErr w:type="spellStart"/>
      <w:r w:rsidR="008F713C" w:rsidRPr="008F713C">
        <w:rPr>
          <w:rFonts w:ascii="Courier New" w:hAnsi="Courier New"/>
          <w:sz w:val="18"/>
        </w:rPr>
        <w:t>Neeraj.Kumar</w:t>
      </w:r>
      <w:proofErr w:type="spellEnd"/>
      <w:r w:rsidR="008F713C" w:rsidRPr="008F713C">
        <w:rPr>
          <w:rFonts w:ascii="Courier New" w:hAnsi="Courier New"/>
          <w:sz w:val="18"/>
        </w:rPr>
        <w:t>';</w:t>
      </w:r>
    </w:p>
    <w:p w:rsidR="009C5BD6" w:rsidRDefault="009C5BD6" w:rsidP="006F5C86">
      <w:pPr>
        <w:pStyle w:val="NoSpacing"/>
        <w:rPr>
          <w:rFonts w:ascii="Courier New" w:hAnsi="Courier New"/>
          <w:sz w:val="18"/>
        </w:rPr>
      </w:pPr>
    </w:p>
    <w:p w:rsidR="009C5BD6" w:rsidRPr="009C5BD6" w:rsidRDefault="009C5BD6" w:rsidP="009C5BD6">
      <w:pPr>
        <w:pStyle w:val="NoSpacing"/>
        <w:rPr>
          <w:rFonts w:ascii="Courier New" w:hAnsi="Courier New"/>
          <w:sz w:val="18"/>
        </w:rPr>
      </w:pPr>
      <w:r w:rsidRPr="009C5BD6">
        <w:rPr>
          <w:rFonts w:ascii="Courier New" w:hAnsi="Courier New"/>
          <w:sz w:val="18"/>
        </w:rPr>
        <w:t>-- 1. Preview missed jobs (safe, no run):</w:t>
      </w:r>
    </w:p>
    <w:p w:rsidR="009C5BD6" w:rsidRPr="009C5BD6" w:rsidRDefault="009C5BD6" w:rsidP="009C5BD6">
      <w:pPr>
        <w:pStyle w:val="NoSpacing"/>
        <w:rPr>
          <w:rFonts w:ascii="Courier New" w:hAnsi="Courier New"/>
          <w:sz w:val="18"/>
        </w:rPr>
      </w:pPr>
      <w:r w:rsidRPr="009C5BD6">
        <w:rPr>
          <w:rFonts w:ascii="Courier New" w:hAnsi="Courier New"/>
          <w:sz w:val="18"/>
        </w:rPr>
        <w:t xml:space="preserve">   EXEC </w:t>
      </w:r>
      <w:proofErr w:type="spellStart"/>
      <w:r w:rsidRPr="009C5BD6">
        <w:rPr>
          <w:rFonts w:ascii="Courier New" w:hAnsi="Courier New"/>
          <w:sz w:val="18"/>
        </w:rPr>
        <w:t>dbo.usp_TriggerMissedJobs</w:t>
      </w:r>
      <w:proofErr w:type="spellEnd"/>
      <w:r w:rsidRPr="009C5BD6">
        <w:rPr>
          <w:rFonts w:ascii="Courier New" w:hAnsi="Courier New"/>
          <w:sz w:val="18"/>
        </w:rPr>
        <w:t xml:space="preserve"> @</w:t>
      </w:r>
      <w:proofErr w:type="spellStart"/>
      <w:r w:rsidRPr="009C5BD6">
        <w:rPr>
          <w:rFonts w:ascii="Courier New" w:hAnsi="Courier New"/>
          <w:sz w:val="18"/>
        </w:rPr>
        <w:t>DryRun</w:t>
      </w:r>
      <w:proofErr w:type="spellEnd"/>
      <w:r w:rsidRPr="009C5BD6">
        <w:rPr>
          <w:rFonts w:ascii="Courier New" w:hAnsi="Courier New"/>
          <w:sz w:val="18"/>
        </w:rPr>
        <w:t xml:space="preserve"> = 1;</w:t>
      </w:r>
    </w:p>
    <w:p w:rsidR="009C5BD6" w:rsidRPr="009C5BD6" w:rsidRDefault="009C5BD6" w:rsidP="009C5BD6">
      <w:pPr>
        <w:pStyle w:val="NoSpacing"/>
        <w:rPr>
          <w:rFonts w:ascii="Courier New" w:hAnsi="Courier New"/>
          <w:sz w:val="18"/>
        </w:rPr>
      </w:pPr>
    </w:p>
    <w:p w:rsidR="009C5BD6" w:rsidRPr="009C5BD6" w:rsidRDefault="009C5BD6" w:rsidP="009C5BD6">
      <w:pPr>
        <w:pStyle w:val="NoSpacing"/>
        <w:rPr>
          <w:rFonts w:ascii="Courier New" w:hAnsi="Courier New"/>
          <w:sz w:val="18"/>
        </w:rPr>
      </w:pPr>
      <w:r w:rsidRPr="009C5BD6">
        <w:rPr>
          <w:rFonts w:ascii="Courier New" w:hAnsi="Courier New"/>
          <w:sz w:val="18"/>
        </w:rPr>
        <w:t>-- 2. Actually trigger missed jobs:</w:t>
      </w:r>
    </w:p>
    <w:p w:rsidR="00F07480" w:rsidRDefault="009C5BD6" w:rsidP="009C5BD6">
      <w:pPr>
        <w:pStyle w:val="NoSpacing"/>
      </w:pPr>
      <w:r w:rsidRPr="009C5BD6">
        <w:rPr>
          <w:rFonts w:ascii="Courier New" w:hAnsi="Courier New"/>
          <w:sz w:val="18"/>
        </w:rPr>
        <w:t xml:space="preserve">   EXEC </w:t>
      </w:r>
      <w:proofErr w:type="spellStart"/>
      <w:r w:rsidRPr="009C5BD6">
        <w:rPr>
          <w:rFonts w:ascii="Courier New" w:hAnsi="Courier New"/>
          <w:sz w:val="18"/>
        </w:rPr>
        <w:t>dbo.usp_TriggerMissedJobs</w:t>
      </w:r>
      <w:proofErr w:type="spellEnd"/>
      <w:r w:rsidRPr="009C5BD6">
        <w:rPr>
          <w:rFonts w:ascii="Courier New" w:hAnsi="Courier New"/>
          <w:sz w:val="18"/>
        </w:rPr>
        <w:t xml:space="preserve"> @</w:t>
      </w:r>
      <w:proofErr w:type="spellStart"/>
      <w:r w:rsidRPr="009C5BD6">
        <w:rPr>
          <w:rFonts w:ascii="Courier New" w:hAnsi="Courier New"/>
          <w:sz w:val="18"/>
        </w:rPr>
        <w:t>DryRun</w:t>
      </w:r>
      <w:proofErr w:type="spellEnd"/>
      <w:r w:rsidRPr="009C5BD6">
        <w:rPr>
          <w:rFonts w:ascii="Courier New" w:hAnsi="Courier New"/>
          <w:sz w:val="18"/>
        </w:rPr>
        <w:t xml:space="preserve"> = 0;</w:t>
      </w:r>
      <w:r w:rsidR="00C21515">
        <w:rPr>
          <w:rFonts w:ascii="Courier New" w:hAnsi="Courier New"/>
          <w:sz w:val="18"/>
        </w:rPr>
        <w:br/>
      </w:r>
      <w:r w:rsidR="00C21515">
        <w:rPr>
          <w:rFonts w:ascii="Courier New" w:hAnsi="Courier New"/>
          <w:sz w:val="18"/>
        </w:rPr>
        <w:br/>
      </w:r>
    </w:p>
    <w:p w:rsidR="002126B3" w:rsidRPr="002126B3" w:rsidRDefault="009C5BD6" w:rsidP="002126B3">
      <w:pPr>
        <w:pStyle w:val="NoSpacing"/>
        <w:rPr>
          <w:b/>
        </w:rPr>
      </w:pPr>
      <w:r w:rsidRPr="009C5BD6">
        <w:rPr>
          <w:b/>
        </w:rPr>
        <w:t>4.</w:t>
      </w:r>
      <w:r>
        <w:rPr>
          <w:b/>
        </w:rPr>
        <w:t>3</w:t>
      </w:r>
      <w:r w:rsidRPr="009C5BD6">
        <w:rPr>
          <w:b/>
        </w:rPr>
        <w:t xml:space="preserve"> </w:t>
      </w:r>
      <w:r w:rsidR="002126B3" w:rsidRPr="002126B3">
        <w:rPr>
          <w:b/>
        </w:rPr>
        <w:t>Monthly Job Scheduling and Execution Process</w:t>
      </w:r>
    </w:p>
    <w:p w:rsidR="002126B3" w:rsidRDefault="002126B3" w:rsidP="002126B3">
      <w:pPr>
        <w:pStyle w:val="NoSpacing"/>
      </w:pPr>
    </w:p>
    <w:p w:rsidR="002126B3" w:rsidRDefault="002126B3" w:rsidP="002126B3">
      <w:pPr>
        <w:pStyle w:val="NoSpacing"/>
      </w:pPr>
      <w:r>
        <w:t xml:space="preserve">Monthly jobs in the </w:t>
      </w:r>
      <w:proofErr w:type="spellStart"/>
      <w:r>
        <w:t>the</w:t>
      </w:r>
      <w:proofErr w:type="spellEnd"/>
      <w:r>
        <w:t xml:space="preserve"> SQL Agent</w:t>
      </w:r>
      <w:r>
        <w:t xml:space="preserve"> are designed to run on-demand or on specific monthly dates rather than on a recurring </w:t>
      </w:r>
      <w:r>
        <w:t>automated date.</w:t>
      </w:r>
    </w:p>
    <w:p w:rsidR="002126B3" w:rsidRDefault="002126B3" w:rsidP="002126B3">
      <w:pPr>
        <w:pStyle w:val="NoSpacing"/>
      </w:pPr>
      <w:r>
        <w:t xml:space="preserve"> </w:t>
      </w:r>
    </w:p>
    <w:p w:rsidR="002126B3" w:rsidRDefault="002126B3" w:rsidP="002126B3">
      <w:pPr>
        <w:pStyle w:val="NoSpacing"/>
      </w:pPr>
      <w:r>
        <w:t>To maintain control and prevent unintentional executions, all monthly jobs are kept disabled by default (</w:t>
      </w:r>
      <w:proofErr w:type="spellStart"/>
      <w:r>
        <w:t>IsActive</w:t>
      </w:r>
      <w:proofErr w:type="spellEnd"/>
      <w:r>
        <w:t xml:space="preserve"> = 0) and are only activated when needed.</w:t>
      </w:r>
    </w:p>
    <w:p w:rsidR="002126B3" w:rsidRDefault="002126B3" w:rsidP="002126B3">
      <w:pPr>
        <w:pStyle w:val="NoSpacing"/>
      </w:pPr>
    </w:p>
    <w:tbl>
      <w:tblPr>
        <w:tblW w:w="0" w:type="auto"/>
        <w:tblCellSpacing w:w="1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9"/>
        <w:gridCol w:w="1680"/>
        <w:gridCol w:w="4294"/>
        <w:gridCol w:w="2227"/>
      </w:tblGrid>
      <w:tr w:rsidR="002126B3" w:rsidRPr="002126B3" w:rsidTr="002126B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Script / Procedure Used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/>
              </w:rPr>
              <w:t>Purpose</w:t>
            </w:r>
          </w:p>
        </w:tc>
      </w:tr>
      <w:tr w:rsidR="002126B3" w:rsidRPr="002126B3" w:rsidTr="002126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Review monthly job list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 xml:space="preserve">SELECT * FROM </w:t>
            </w:r>
            <w:proofErr w:type="spellStart"/>
            <w:r w:rsidRPr="002126B3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JobControl</w:t>
            </w:r>
            <w:proofErr w:type="spellEnd"/>
            <w:r w:rsidRPr="002126B3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 xml:space="preserve"> WHERE Frequency='MONTHLY';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Identify jobs to be run this month.</w:t>
            </w:r>
          </w:p>
        </w:tc>
      </w:tr>
      <w:tr w:rsidR="002126B3" w:rsidRPr="002126B3" w:rsidTr="002126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Update run date &amp; time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Edit </w:t>
            </w:r>
            <w:proofErr w:type="spellStart"/>
            <w:r w:rsidRPr="002126B3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ActivateMonthlyJob.sql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Define monthly execution window.</w:t>
            </w:r>
          </w:p>
        </w:tc>
      </w:tr>
      <w:tr w:rsidR="002126B3" w:rsidRPr="002126B3" w:rsidTr="002126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Schedule &amp; activate jobs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Run </w:t>
            </w:r>
            <w:proofErr w:type="spellStart"/>
            <w:r w:rsidRPr="002126B3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ActivateMonthlyJob.sql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Create one-time SQL Agent schedules.</w:t>
            </w:r>
          </w:p>
        </w:tc>
      </w:tr>
      <w:tr w:rsidR="002126B3" w:rsidRPr="002126B3" w:rsidTr="002126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Monitor execution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Use </w:t>
            </w:r>
            <w:proofErr w:type="spellStart"/>
            <w:r w:rsidRPr="002126B3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JobExecutionHistory</w:t>
            </w:r>
            <w:proofErr w:type="spellEnd"/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 table or SQL Agent history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Track progress and outcomes.</w:t>
            </w:r>
          </w:p>
        </w:tc>
      </w:tr>
      <w:tr w:rsidR="002126B3" w:rsidRPr="002126B3" w:rsidTr="002126B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Deactivate jobs post-run</w:t>
            </w:r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 xml:space="preserve">Run </w:t>
            </w:r>
            <w:proofErr w:type="spellStart"/>
            <w:r w:rsidRPr="002126B3">
              <w:rPr>
                <w:rFonts w:ascii="Courier New" w:eastAsia="Times New Roman" w:hAnsi="Courier New" w:cs="Courier New"/>
                <w:sz w:val="20"/>
                <w:szCs w:val="20"/>
                <w:lang w:val="en-IN" w:eastAsia="en-IN"/>
              </w:rPr>
              <w:t>DeactivateMonthlyJob.sql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2126B3" w:rsidRPr="002126B3" w:rsidRDefault="002126B3" w:rsidP="002126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2126B3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  <w:t>Reset jobs to inactive state.</w:t>
            </w:r>
          </w:p>
        </w:tc>
      </w:tr>
    </w:tbl>
    <w:p w:rsidR="002126B3" w:rsidRDefault="002126B3" w:rsidP="002126B3">
      <w:pPr>
        <w:pStyle w:val="NoSpacing"/>
      </w:pPr>
    </w:p>
    <w:p w:rsidR="002126B3" w:rsidRDefault="002126B3" w:rsidP="002126B3">
      <w:pPr>
        <w:pStyle w:val="NoSpacing"/>
      </w:pPr>
    </w:p>
    <w:p w:rsidR="002126B3" w:rsidRPr="002126B3" w:rsidRDefault="002126B3" w:rsidP="002126B3">
      <w:pPr>
        <w:pStyle w:val="NoSpacing"/>
        <w:rPr>
          <w:b/>
        </w:rPr>
      </w:pPr>
      <w:r w:rsidRPr="002126B3">
        <w:rPr>
          <w:b/>
        </w:rPr>
        <w:t xml:space="preserve">4.3.1 </w:t>
      </w:r>
      <w:r w:rsidRPr="002126B3">
        <w:rPr>
          <w:b/>
        </w:rPr>
        <w:t>Default State: Jobs Disabled</w:t>
      </w:r>
    </w:p>
    <w:p w:rsidR="002126B3" w:rsidRDefault="002126B3" w:rsidP="002126B3">
      <w:pPr>
        <w:pStyle w:val="NoSpacing"/>
      </w:pPr>
    </w:p>
    <w:p w:rsidR="002126B3" w:rsidRDefault="002126B3" w:rsidP="002126B3">
      <w:pPr>
        <w:pStyle w:val="NoSpacing"/>
        <w:numPr>
          <w:ilvl w:val="0"/>
          <w:numId w:val="16"/>
        </w:numPr>
      </w:pPr>
      <w:r>
        <w:t xml:space="preserve">All monthly jobs are initialized in the </w:t>
      </w:r>
      <w:proofErr w:type="spellStart"/>
      <w:r>
        <w:t>JobControl</w:t>
      </w:r>
      <w:proofErr w:type="spellEnd"/>
      <w:r>
        <w:t xml:space="preserve"> table with </w:t>
      </w:r>
      <w:proofErr w:type="spellStart"/>
      <w:r>
        <w:t>IsActive</w:t>
      </w:r>
      <w:proofErr w:type="spellEnd"/>
      <w:r>
        <w:t xml:space="preserve"> = 0.</w:t>
      </w:r>
    </w:p>
    <w:p w:rsidR="002126B3" w:rsidRDefault="002126B3" w:rsidP="002126B3">
      <w:pPr>
        <w:pStyle w:val="NoSpacing"/>
        <w:numPr>
          <w:ilvl w:val="0"/>
          <w:numId w:val="16"/>
        </w:numPr>
      </w:pPr>
      <w:r>
        <w:t>This ensures that they do not run automatically unless explicitly scheduled.</w:t>
      </w:r>
    </w:p>
    <w:p w:rsidR="009C5BD6" w:rsidRDefault="002126B3" w:rsidP="002126B3">
      <w:pPr>
        <w:pStyle w:val="NoSpacing"/>
        <w:numPr>
          <w:ilvl w:val="0"/>
          <w:numId w:val="16"/>
        </w:numPr>
      </w:pPr>
      <w:r>
        <w:t>Frequency is stored as 'MONTHLY' for identification, but scheduling depends entirely on the stored procedure.</w:t>
      </w:r>
    </w:p>
    <w:p w:rsidR="002126B3" w:rsidRDefault="002126B3" w:rsidP="002126B3">
      <w:pPr>
        <w:pStyle w:val="NoSpacing"/>
      </w:pPr>
    </w:p>
    <w:p w:rsidR="002126B3" w:rsidRDefault="002126B3" w:rsidP="002126B3">
      <w:pPr>
        <w:pStyle w:val="NoSpacing"/>
      </w:pPr>
      <w:r>
        <w:t xml:space="preserve">Example Query: </w:t>
      </w:r>
    </w:p>
    <w:p w:rsidR="002126B3" w:rsidRPr="002126B3" w:rsidRDefault="002126B3" w:rsidP="002126B3">
      <w:pPr>
        <w:pStyle w:val="NoSpacing"/>
        <w:rPr>
          <w:rFonts w:ascii="Courier New" w:hAnsi="Courier New"/>
          <w:sz w:val="18"/>
        </w:rPr>
      </w:pPr>
      <w:r w:rsidRPr="002126B3">
        <w:rPr>
          <w:rFonts w:ascii="Courier New" w:hAnsi="Courier New"/>
          <w:sz w:val="18"/>
        </w:rPr>
        <w:t xml:space="preserve">SELECT </w:t>
      </w:r>
      <w:proofErr w:type="spellStart"/>
      <w:r w:rsidRPr="002126B3">
        <w:rPr>
          <w:rFonts w:ascii="Courier New" w:hAnsi="Courier New"/>
          <w:sz w:val="18"/>
        </w:rPr>
        <w:t>JobName</w:t>
      </w:r>
      <w:proofErr w:type="spellEnd"/>
      <w:r w:rsidRPr="002126B3">
        <w:rPr>
          <w:rFonts w:ascii="Courier New" w:hAnsi="Courier New"/>
          <w:sz w:val="18"/>
        </w:rPr>
        <w:t xml:space="preserve">, </w:t>
      </w:r>
      <w:proofErr w:type="spellStart"/>
      <w:r w:rsidRPr="002126B3">
        <w:rPr>
          <w:rFonts w:ascii="Courier New" w:hAnsi="Courier New"/>
          <w:sz w:val="18"/>
        </w:rPr>
        <w:t>IsActive</w:t>
      </w:r>
      <w:proofErr w:type="spellEnd"/>
      <w:r w:rsidRPr="002126B3">
        <w:rPr>
          <w:rFonts w:ascii="Courier New" w:hAnsi="Courier New"/>
          <w:sz w:val="18"/>
        </w:rPr>
        <w:t>, Frequency</w:t>
      </w:r>
    </w:p>
    <w:p w:rsidR="002126B3" w:rsidRPr="002126B3" w:rsidRDefault="002126B3" w:rsidP="002126B3">
      <w:pPr>
        <w:pStyle w:val="NoSpacing"/>
        <w:rPr>
          <w:rFonts w:ascii="Courier New" w:hAnsi="Courier New"/>
          <w:sz w:val="18"/>
        </w:rPr>
      </w:pPr>
      <w:r w:rsidRPr="002126B3">
        <w:rPr>
          <w:rFonts w:ascii="Courier New" w:hAnsi="Courier New"/>
          <w:sz w:val="18"/>
        </w:rPr>
        <w:t xml:space="preserve">FROM </w:t>
      </w:r>
      <w:proofErr w:type="spellStart"/>
      <w:r w:rsidRPr="002126B3">
        <w:rPr>
          <w:rFonts w:ascii="Courier New" w:hAnsi="Courier New"/>
          <w:sz w:val="18"/>
        </w:rPr>
        <w:t>dbo.JobControl</w:t>
      </w:r>
      <w:proofErr w:type="spellEnd"/>
    </w:p>
    <w:p w:rsidR="002126B3" w:rsidRPr="002126B3" w:rsidRDefault="002126B3" w:rsidP="002126B3">
      <w:pPr>
        <w:pStyle w:val="NoSpacing"/>
        <w:rPr>
          <w:rFonts w:ascii="Courier New" w:hAnsi="Courier New"/>
          <w:sz w:val="18"/>
        </w:rPr>
      </w:pPr>
      <w:r w:rsidRPr="002126B3">
        <w:rPr>
          <w:rFonts w:ascii="Courier New" w:hAnsi="Courier New"/>
          <w:sz w:val="18"/>
        </w:rPr>
        <w:t>WHERE Frequency = 'MONTHLY';</w:t>
      </w:r>
    </w:p>
    <w:p w:rsidR="002126B3" w:rsidRDefault="002126B3" w:rsidP="002126B3">
      <w:pPr>
        <w:pStyle w:val="NoSpacing"/>
      </w:pPr>
    </w:p>
    <w:p w:rsidR="002126B3" w:rsidRPr="002126B3" w:rsidRDefault="002126B3" w:rsidP="002126B3">
      <w:pPr>
        <w:pStyle w:val="NoSpacing"/>
        <w:rPr>
          <w:b/>
        </w:rPr>
      </w:pPr>
      <w:r w:rsidRPr="002126B3">
        <w:rPr>
          <w:b/>
        </w:rPr>
        <w:t xml:space="preserve">4.3.2 </w:t>
      </w:r>
      <w:r w:rsidRPr="002126B3">
        <w:rPr>
          <w:b/>
        </w:rPr>
        <w:t>Activating and Scheduling Monthly Jobs</w:t>
      </w:r>
    </w:p>
    <w:p w:rsidR="002126B3" w:rsidRDefault="002126B3" w:rsidP="002126B3">
      <w:pPr>
        <w:pStyle w:val="NoSpacing"/>
      </w:pPr>
    </w:p>
    <w:p w:rsidR="002126B3" w:rsidRDefault="002126B3" w:rsidP="002126B3">
      <w:pPr>
        <w:pStyle w:val="NoSpacing"/>
      </w:pPr>
      <w:r>
        <w:t xml:space="preserve">To schedule monthly jobs for the upcoming month (e.g., October or November), you’ll use the </w:t>
      </w:r>
      <w:proofErr w:type="spellStart"/>
      <w:r>
        <w:t>ActivateMonthlyJob.sql</w:t>
      </w:r>
      <w:proofErr w:type="spellEnd"/>
      <w:r>
        <w:t xml:space="preserve"> script.</w:t>
      </w:r>
    </w:p>
    <w:p w:rsidR="002126B3" w:rsidRDefault="002126B3" w:rsidP="002126B3">
      <w:pPr>
        <w:pStyle w:val="NoSpacing"/>
      </w:pPr>
    </w:p>
    <w:p w:rsidR="002126B3" w:rsidRDefault="002126B3" w:rsidP="002126B3">
      <w:pPr>
        <w:pStyle w:val="NoSpacing"/>
        <w:numPr>
          <w:ilvl w:val="0"/>
          <w:numId w:val="17"/>
        </w:numPr>
      </w:pPr>
      <w:r>
        <w:t>Updates job activation flags (</w:t>
      </w:r>
      <w:proofErr w:type="spellStart"/>
      <w:r>
        <w:t>IsActive</w:t>
      </w:r>
      <w:proofErr w:type="spellEnd"/>
      <w:r>
        <w:t xml:space="preserve"> = 1).</w:t>
      </w:r>
    </w:p>
    <w:p w:rsidR="002126B3" w:rsidRDefault="002126B3" w:rsidP="002126B3">
      <w:pPr>
        <w:pStyle w:val="NoSpacing"/>
        <w:numPr>
          <w:ilvl w:val="0"/>
          <w:numId w:val="17"/>
        </w:numPr>
      </w:pPr>
      <w:r>
        <w:t xml:space="preserve">Calls the stored procedure </w:t>
      </w:r>
      <w:proofErr w:type="spellStart"/>
      <w:r>
        <w:t>usp_ScheduleMonthlyJob</w:t>
      </w:r>
      <w:proofErr w:type="spellEnd"/>
      <w:r>
        <w:t xml:space="preserve"> to dynamically create or refresh SQL Agent schedules.</w:t>
      </w:r>
    </w:p>
    <w:p w:rsidR="002126B3" w:rsidRDefault="002126B3" w:rsidP="002126B3">
      <w:pPr>
        <w:pStyle w:val="NoSpacing"/>
        <w:numPr>
          <w:ilvl w:val="0"/>
          <w:numId w:val="17"/>
        </w:numPr>
      </w:pPr>
      <w:r>
        <w:t>Removes any old schedules and replaces them with new, one-time schedules for the provided date and time.</w:t>
      </w:r>
    </w:p>
    <w:p w:rsidR="002126B3" w:rsidRDefault="002126B3" w:rsidP="002126B3">
      <w:pPr>
        <w:pStyle w:val="NoSpacing"/>
        <w:ind w:left="360"/>
      </w:pPr>
      <w:r>
        <w:t xml:space="preserve">Example Query: </w:t>
      </w:r>
    </w:p>
    <w:p w:rsidR="002126B3" w:rsidRPr="002126B3" w:rsidRDefault="002126B3" w:rsidP="002126B3">
      <w:pPr>
        <w:pStyle w:val="NoSpacing"/>
        <w:ind w:left="360"/>
        <w:rPr>
          <w:rFonts w:ascii="Courier New" w:hAnsi="Courier New"/>
          <w:sz w:val="18"/>
        </w:rPr>
      </w:pPr>
      <w:r w:rsidRPr="002126B3">
        <w:rPr>
          <w:rFonts w:ascii="Courier New" w:hAnsi="Courier New"/>
          <w:sz w:val="18"/>
        </w:rPr>
        <w:t xml:space="preserve">EXEC </w:t>
      </w:r>
      <w:proofErr w:type="spellStart"/>
      <w:r w:rsidRPr="002126B3">
        <w:rPr>
          <w:rFonts w:ascii="Courier New" w:hAnsi="Courier New"/>
          <w:sz w:val="18"/>
        </w:rPr>
        <w:t>dbo.usp_ScheduleMonthlyJob</w:t>
      </w:r>
      <w:proofErr w:type="spellEnd"/>
    </w:p>
    <w:p w:rsidR="002126B3" w:rsidRPr="002126B3" w:rsidRDefault="002126B3" w:rsidP="002126B3">
      <w:pPr>
        <w:pStyle w:val="NoSpacing"/>
        <w:ind w:left="360"/>
        <w:rPr>
          <w:rFonts w:ascii="Courier New" w:hAnsi="Courier New"/>
          <w:sz w:val="18"/>
        </w:rPr>
      </w:pPr>
      <w:r w:rsidRPr="002126B3">
        <w:rPr>
          <w:rFonts w:ascii="Courier New" w:hAnsi="Courier New"/>
          <w:sz w:val="18"/>
        </w:rPr>
        <w:t xml:space="preserve">     @</w:t>
      </w:r>
      <w:proofErr w:type="spellStart"/>
      <w:r w:rsidRPr="002126B3">
        <w:rPr>
          <w:rFonts w:ascii="Courier New" w:hAnsi="Courier New"/>
          <w:sz w:val="18"/>
        </w:rPr>
        <w:t>JobName</w:t>
      </w:r>
      <w:proofErr w:type="spellEnd"/>
      <w:r w:rsidRPr="002126B3">
        <w:rPr>
          <w:rFonts w:ascii="Courier New" w:hAnsi="Courier New"/>
          <w:sz w:val="18"/>
        </w:rPr>
        <w:t xml:space="preserve"> = 'DEVL_MONTHLY_DTSCHGVB',</w:t>
      </w:r>
    </w:p>
    <w:p w:rsidR="002126B3" w:rsidRPr="002126B3" w:rsidRDefault="002126B3" w:rsidP="002126B3">
      <w:pPr>
        <w:pStyle w:val="NoSpacing"/>
        <w:ind w:left="360"/>
        <w:rPr>
          <w:rFonts w:ascii="Courier New" w:hAnsi="Courier New"/>
          <w:sz w:val="18"/>
        </w:rPr>
      </w:pPr>
      <w:r w:rsidRPr="002126B3">
        <w:rPr>
          <w:rFonts w:ascii="Courier New" w:hAnsi="Courier New"/>
          <w:sz w:val="18"/>
        </w:rPr>
        <w:t xml:space="preserve">     @</w:t>
      </w:r>
      <w:proofErr w:type="spellStart"/>
      <w:r w:rsidRPr="002126B3">
        <w:rPr>
          <w:rFonts w:ascii="Courier New" w:hAnsi="Courier New"/>
          <w:sz w:val="18"/>
        </w:rPr>
        <w:t>Env</w:t>
      </w:r>
      <w:proofErr w:type="spellEnd"/>
      <w:r w:rsidRPr="002126B3">
        <w:rPr>
          <w:rFonts w:ascii="Courier New" w:hAnsi="Courier New"/>
          <w:sz w:val="18"/>
        </w:rPr>
        <w:t xml:space="preserve"> = 'DEVL',</w:t>
      </w:r>
    </w:p>
    <w:p w:rsidR="002126B3" w:rsidRPr="002126B3" w:rsidRDefault="002126B3" w:rsidP="002126B3">
      <w:pPr>
        <w:pStyle w:val="NoSpacing"/>
        <w:ind w:left="360"/>
        <w:rPr>
          <w:rFonts w:ascii="Courier New" w:hAnsi="Courier New"/>
          <w:sz w:val="18"/>
        </w:rPr>
      </w:pPr>
      <w:r w:rsidRPr="002126B3">
        <w:rPr>
          <w:rFonts w:ascii="Courier New" w:hAnsi="Courier New"/>
          <w:sz w:val="18"/>
        </w:rPr>
        <w:t xml:space="preserve">     @</w:t>
      </w:r>
      <w:proofErr w:type="spellStart"/>
      <w:r w:rsidRPr="002126B3">
        <w:rPr>
          <w:rFonts w:ascii="Courier New" w:hAnsi="Courier New"/>
          <w:sz w:val="18"/>
        </w:rPr>
        <w:t>RunDate</w:t>
      </w:r>
      <w:proofErr w:type="spellEnd"/>
      <w:r w:rsidRPr="002126B3">
        <w:rPr>
          <w:rFonts w:ascii="Courier New" w:hAnsi="Courier New"/>
          <w:sz w:val="18"/>
        </w:rPr>
        <w:t xml:space="preserve"> = '2025-10-31',</w:t>
      </w:r>
    </w:p>
    <w:p w:rsidR="002126B3" w:rsidRPr="002126B3" w:rsidRDefault="002126B3" w:rsidP="002126B3">
      <w:pPr>
        <w:pStyle w:val="NoSpacing"/>
        <w:ind w:left="360"/>
        <w:rPr>
          <w:rFonts w:ascii="Courier New" w:hAnsi="Courier New"/>
          <w:sz w:val="18"/>
        </w:rPr>
      </w:pPr>
      <w:r w:rsidRPr="002126B3">
        <w:rPr>
          <w:rFonts w:ascii="Courier New" w:hAnsi="Courier New"/>
          <w:sz w:val="18"/>
        </w:rPr>
        <w:t xml:space="preserve">     @</w:t>
      </w:r>
      <w:proofErr w:type="spellStart"/>
      <w:r w:rsidRPr="002126B3">
        <w:rPr>
          <w:rFonts w:ascii="Courier New" w:hAnsi="Courier New"/>
          <w:sz w:val="18"/>
        </w:rPr>
        <w:t>RunTime</w:t>
      </w:r>
      <w:proofErr w:type="spellEnd"/>
      <w:r w:rsidRPr="002126B3">
        <w:rPr>
          <w:rFonts w:ascii="Courier New" w:hAnsi="Courier New"/>
          <w:sz w:val="18"/>
        </w:rPr>
        <w:t xml:space="preserve"> = '19:26:00';</w:t>
      </w:r>
    </w:p>
    <w:p w:rsidR="002126B3" w:rsidRDefault="002126B3" w:rsidP="002126B3">
      <w:pPr>
        <w:pStyle w:val="NoSpacing"/>
        <w:ind w:left="360"/>
      </w:pPr>
    </w:p>
    <w:p w:rsidR="002126B3" w:rsidRPr="002126B3" w:rsidRDefault="002126B3" w:rsidP="002126B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2126B3">
        <w:rPr>
          <w:rFonts w:ascii="Times New Roman" w:eastAsia="Times New Roman" w:hAnsi="Times New Roman" w:cs="Times New Roman"/>
          <w:bCs/>
          <w:sz w:val="24"/>
          <w:szCs w:val="24"/>
          <w:lang w:val="en-IN" w:eastAsia="en-IN"/>
        </w:rPr>
        <w:t>What it does internally:</w:t>
      </w:r>
    </w:p>
    <w:p w:rsidR="002126B3" w:rsidRPr="002126B3" w:rsidRDefault="002126B3" w:rsidP="002126B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2126B3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Identifies the correct environment database:</w:t>
      </w:r>
    </w:p>
    <w:p w:rsidR="002126B3" w:rsidRPr="002126B3" w:rsidRDefault="002126B3" w:rsidP="002126B3">
      <w:pPr>
        <w:pStyle w:val="ListParagraph"/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2126B3">
        <w:rPr>
          <w:rFonts w:ascii="Courier New" w:eastAsia="Times New Roman" w:hAnsi="Courier New" w:cs="Courier New"/>
          <w:sz w:val="20"/>
          <w:szCs w:val="20"/>
          <w:lang w:val="en-IN" w:eastAsia="en-IN"/>
        </w:rPr>
        <w:t>DEVL</w:t>
      </w:r>
      <w:r w:rsidRPr="002126B3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→ </w:t>
      </w:r>
      <w:proofErr w:type="spellStart"/>
      <w:r w:rsidRPr="002126B3">
        <w:rPr>
          <w:rFonts w:ascii="Courier New" w:eastAsia="Times New Roman" w:hAnsi="Courier New" w:cs="Courier New"/>
          <w:sz w:val="20"/>
          <w:szCs w:val="20"/>
          <w:lang w:val="en-IN" w:eastAsia="en-IN"/>
        </w:rPr>
        <w:t>DevlDUTASJobSchedule</w:t>
      </w:r>
      <w:proofErr w:type="spellEnd"/>
    </w:p>
    <w:p w:rsidR="002126B3" w:rsidRPr="002126B3" w:rsidRDefault="002126B3" w:rsidP="002126B3">
      <w:pPr>
        <w:pStyle w:val="ListParagraph"/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2126B3">
        <w:rPr>
          <w:rFonts w:ascii="Courier New" w:eastAsia="Times New Roman" w:hAnsi="Courier New" w:cs="Courier New"/>
          <w:sz w:val="20"/>
          <w:szCs w:val="20"/>
          <w:lang w:val="en-IN" w:eastAsia="en-IN"/>
        </w:rPr>
        <w:t>TEST</w:t>
      </w:r>
      <w:r w:rsidRPr="002126B3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→ </w:t>
      </w:r>
      <w:proofErr w:type="spellStart"/>
      <w:r w:rsidRPr="002126B3">
        <w:rPr>
          <w:rFonts w:ascii="Courier New" w:eastAsia="Times New Roman" w:hAnsi="Courier New" w:cs="Courier New"/>
          <w:sz w:val="20"/>
          <w:szCs w:val="20"/>
          <w:lang w:val="en-IN" w:eastAsia="en-IN"/>
        </w:rPr>
        <w:t>TestDUTASJobSchedule</w:t>
      </w:r>
      <w:proofErr w:type="spellEnd"/>
    </w:p>
    <w:p w:rsidR="002126B3" w:rsidRPr="002126B3" w:rsidRDefault="002126B3" w:rsidP="002126B3">
      <w:pPr>
        <w:pStyle w:val="ListParagraph"/>
        <w:numPr>
          <w:ilvl w:val="1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2126B3">
        <w:rPr>
          <w:rFonts w:ascii="Courier New" w:eastAsia="Times New Roman" w:hAnsi="Courier New" w:cs="Courier New"/>
          <w:sz w:val="20"/>
          <w:szCs w:val="20"/>
          <w:lang w:val="en-IN" w:eastAsia="en-IN"/>
        </w:rPr>
        <w:t>PROD</w:t>
      </w:r>
      <w:r w:rsidRPr="002126B3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→ </w:t>
      </w:r>
      <w:proofErr w:type="spellStart"/>
      <w:r w:rsidRPr="002126B3">
        <w:rPr>
          <w:rFonts w:ascii="Courier New" w:eastAsia="Times New Roman" w:hAnsi="Courier New" w:cs="Courier New"/>
          <w:sz w:val="20"/>
          <w:szCs w:val="20"/>
          <w:lang w:val="en-IN" w:eastAsia="en-IN"/>
        </w:rPr>
        <w:t>ProdDUTASJobSchedule</w:t>
      </w:r>
      <w:proofErr w:type="spellEnd"/>
    </w:p>
    <w:p w:rsidR="002126B3" w:rsidRPr="002126B3" w:rsidRDefault="002126B3" w:rsidP="002126B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2126B3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Sets the job as active in </w:t>
      </w:r>
      <w:proofErr w:type="spellStart"/>
      <w:r w:rsidRPr="002126B3">
        <w:rPr>
          <w:rFonts w:ascii="Courier New" w:eastAsia="Times New Roman" w:hAnsi="Courier New" w:cs="Courier New"/>
          <w:sz w:val="20"/>
          <w:szCs w:val="20"/>
          <w:lang w:val="en-IN" w:eastAsia="en-IN"/>
        </w:rPr>
        <w:t>JobControl</w:t>
      </w:r>
      <w:proofErr w:type="spellEnd"/>
      <w:r w:rsidRPr="002126B3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.</w:t>
      </w:r>
    </w:p>
    <w:p w:rsidR="002126B3" w:rsidRPr="002126B3" w:rsidRDefault="002126B3" w:rsidP="002126B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2126B3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Detaches and deletes any existing schedule for the job.</w:t>
      </w:r>
    </w:p>
    <w:p w:rsidR="002126B3" w:rsidRPr="002126B3" w:rsidRDefault="002126B3" w:rsidP="002126B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2126B3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Creates a </w:t>
      </w:r>
      <w:r w:rsidRPr="002126B3">
        <w:rPr>
          <w:rFonts w:ascii="Times New Roman" w:eastAsia="Times New Roman" w:hAnsi="Times New Roman" w:cs="Times New Roman"/>
          <w:b/>
          <w:bCs/>
          <w:sz w:val="24"/>
          <w:szCs w:val="24"/>
          <w:lang w:val="en-IN" w:eastAsia="en-IN"/>
        </w:rPr>
        <w:t>new one-time SQL Agent schedule</w:t>
      </w:r>
      <w:r w:rsidRPr="002126B3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for the given date/time.</w:t>
      </w:r>
    </w:p>
    <w:p w:rsidR="002126B3" w:rsidRPr="002126B3" w:rsidRDefault="002126B3" w:rsidP="002126B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2126B3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Reattaches the schedule to the job.</w:t>
      </w:r>
    </w:p>
    <w:p w:rsidR="002126B3" w:rsidRPr="002126B3" w:rsidRDefault="002126B3" w:rsidP="002126B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2126B3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Prints confirmation once the job is scheduled.</w:t>
      </w:r>
    </w:p>
    <w:p w:rsidR="002126B3" w:rsidRPr="002126B3" w:rsidRDefault="002126B3" w:rsidP="002126B3">
      <w:pPr>
        <w:pStyle w:val="NoSpacing"/>
        <w:ind w:left="360"/>
        <w:rPr>
          <w:b/>
        </w:rPr>
      </w:pPr>
      <w:r w:rsidRPr="002126B3">
        <w:rPr>
          <w:b/>
        </w:rPr>
        <w:lastRenderedPageBreak/>
        <w:t xml:space="preserve">4.3.3 </w:t>
      </w:r>
      <w:r w:rsidRPr="002126B3">
        <w:rPr>
          <w:b/>
        </w:rPr>
        <w:t>Post-Run Deactivation</w:t>
      </w:r>
    </w:p>
    <w:p w:rsidR="002126B3" w:rsidRDefault="002126B3" w:rsidP="002126B3">
      <w:pPr>
        <w:pStyle w:val="NoSpacing"/>
        <w:ind w:left="360"/>
      </w:pPr>
    </w:p>
    <w:p w:rsidR="002126B3" w:rsidRDefault="002126B3" w:rsidP="002126B3">
      <w:pPr>
        <w:pStyle w:val="NoSpacing"/>
        <w:ind w:left="360"/>
      </w:pPr>
      <w:r>
        <w:t>After monthly jobs finish executing successfully:</w:t>
      </w:r>
    </w:p>
    <w:p w:rsidR="002126B3" w:rsidRDefault="002126B3" w:rsidP="002126B3">
      <w:pPr>
        <w:pStyle w:val="NoSpacing"/>
        <w:numPr>
          <w:ilvl w:val="0"/>
          <w:numId w:val="20"/>
        </w:numPr>
      </w:pPr>
      <w:r>
        <w:t>Deactivate them again to prevent accidental re-runs.</w:t>
      </w:r>
    </w:p>
    <w:p w:rsidR="002126B3" w:rsidRDefault="002126B3" w:rsidP="002126B3">
      <w:pPr>
        <w:pStyle w:val="NoSpacing"/>
        <w:numPr>
          <w:ilvl w:val="0"/>
          <w:numId w:val="20"/>
        </w:numPr>
      </w:pPr>
      <w:r>
        <w:t xml:space="preserve">This is done using the </w:t>
      </w:r>
      <w:proofErr w:type="spellStart"/>
      <w:r>
        <w:t>DeactivateMonthlyJob.sql</w:t>
      </w:r>
      <w:proofErr w:type="spellEnd"/>
      <w:r>
        <w:t xml:space="preserve"> script.</w:t>
      </w:r>
    </w:p>
    <w:p w:rsidR="002126B3" w:rsidRDefault="002126B3" w:rsidP="002126B3">
      <w:pPr>
        <w:pStyle w:val="NoSpacing"/>
      </w:pPr>
    </w:p>
    <w:p w:rsidR="002126B3" w:rsidRDefault="002126B3" w:rsidP="002126B3">
      <w:pPr>
        <w:pStyle w:val="NoSpacing"/>
      </w:pPr>
      <w:r>
        <w:t xml:space="preserve">Example Query: </w:t>
      </w:r>
    </w:p>
    <w:p w:rsidR="002126B3" w:rsidRPr="002126B3" w:rsidRDefault="002126B3" w:rsidP="002126B3">
      <w:pPr>
        <w:pStyle w:val="NoSpacing"/>
        <w:rPr>
          <w:rFonts w:ascii="Courier New" w:hAnsi="Courier New"/>
          <w:sz w:val="18"/>
        </w:rPr>
      </w:pPr>
      <w:r w:rsidRPr="002126B3">
        <w:rPr>
          <w:rFonts w:ascii="Courier New" w:hAnsi="Courier New"/>
          <w:sz w:val="18"/>
        </w:rPr>
        <w:t xml:space="preserve">UPDATE </w:t>
      </w:r>
      <w:proofErr w:type="spellStart"/>
      <w:r w:rsidRPr="002126B3">
        <w:rPr>
          <w:rFonts w:ascii="Courier New" w:hAnsi="Courier New"/>
          <w:sz w:val="18"/>
        </w:rPr>
        <w:t>dbo.JobControl</w:t>
      </w:r>
      <w:proofErr w:type="spellEnd"/>
    </w:p>
    <w:p w:rsidR="002126B3" w:rsidRPr="002126B3" w:rsidRDefault="002126B3" w:rsidP="002126B3">
      <w:pPr>
        <w:pStyle w:val="NoSpacing"/>
        <w:rPr>
          <w:rFonts w:ascii="Courier New" w:hAnsi="Courier New"/>
          <w:sz w:val="18"/>
        </w:rPr>
      </w:pPr>
      <w:r w:rsidRPr="002126B3">
        <w:rPr>
          <w:rFonts w:ascii="Courier New" w:hAnsi="Courier New"/>
          <w:sz w:val="18"/>
        </w:rPr>
        <w:t xml:space="preserve">SET </w:t>
      </w:r>
      <w:proofErr w:type="spellStart"/>
      <w:r w:rsidRPr="002126B3">
        <w:rPr>
          <w:rFonts w:ascii="Courier New" w:hAnsi="Courier New"/>
          <w:sz w:val="18"/>
        </w:rPr>
        <w:t>IsActive</w:t>
      </w:r>
      <w:proofErr w:type="spellEnd"/>
      <w:r w:rsidRPr="002126B3">
        <w:rPr>
          <w:rFonts w:ascii="Courier New" w:hAnsi="Courier New"/>
          <w:sz w:val="18"/>
        </w:rPr>
        <w:t xml:space="preserve"> = 0</w:t>
      </w:r>
    </w:p>
    <w:p w:rsidR="002126B3" w:rsidRPr="002126B3" w:rsidRDefault="002126B3" w:rsidP="002126B3">
      <w:pPr>
        <w:pStyle w:val="NoSpacing"/>
        <w:rPr>
          <w:rFonts w:ascii="Courier New" w:hAnsi="Courier New"/>
          <w:sz w:val="18"/>
        </w:rPr>
      </w:pPr>
      <w:r w:rsidRPr="002126B3">
        <w:rPr>
          <w:rFonts w:ascii="Courier New" w:hAnsi="Courier New"/>
          <w:sz w:val="18"/>
        </w:rPr>
        <w:t>WHERE Frequency = 'MONTHLY';</w:t>
      </w:r>
    </w:p>
    <w:sectPr w:rsidR="002126B3" w:rsidRPr="002126B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D8A0FB4"/>
    <w:multiLevelType w:val="hybridMultilevel"/>
    <w:tmpl w:val="57024002"/>
    <w:lvl w:ilvl="0" w:tplc="3C70205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0B4D8D"/>
    <w:multiLevelType w:val="hybridMultilevel"/>
    <w:tmpl w:val="AF6C4014"/>
    <w:lvl w:ilvl="0" w:tplc="3C702052"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31E617C"/>
    <w:multiLevelType w:val="hybridMultilevel"/>
    <w:tmpl w:val="12A4A2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A93FF4"/>
    <w:multiLevelType w:val="hybridMultilevel"/>
    <w:tmpl w:val="8D709594"/>
    <w:lvl w:ilvl="0" w:tplc="3C70205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C00A7B"/>
    <w:multiLevelType w:val="hybridMultilevel"/>
    <w:tmpl w:val="70C6E8AA"/>
    <w:lvl w:ilvl="0" w:tplc="3C70205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90421F"/>
    <w:multiLevelType w:val="hybridMultilevel"/>
    <w:tmpl w:val="E188C9A2"/>
    <w:lvl w:ilvl="0" w:tplc="3C70205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DA28D0"/>
    <w:multiLevelType w:val="hybridMultilevel"/>
    <w:tmpl w:val="4FF259E6"/>
    <w:lvl w:ilvl="0" w:tplc="3C70205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2E66AF"/>
    <w:multiLevelType w:val="multilevel"/>
    <w:tmpl w:val="1D384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6F33F9"/>
    <w:multiLevelType w:val="hybridMultilevel"/>
    <w:tmpl w:val="F258C8F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527D1A"/>
    <w:multiLevelType w:val="hybridMultilevel"/>
    <w:tmpl w:val="297CCE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827281"/>
    <w:multiLevelType w:val="hybridMultilevel"/>
    <w:tmpl w:val="22DE1B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9"/>
  </w:num>
  <w:num w:numId="11">
    <w:abstractNumId w:val="15"/>
  </w:num>
  <w:num w:numId="12">
    <w:abstractNumId w:val="17"/>
  </w:num>
  <w:num w:numId="13">
    <w:abstractNumId w:val="12"/>
  </w:num>
  <w:num w:numId="14">
    <w:abstractNumId w:val="11"/>
  </w:num>
  <w:num w:numId="15">
    <w:abstractNumId w:val="18"/>
  </w:num>
  <w:num w:numId="16">
    <w:abstractNumId w:val="14"/>
  </w:num>
  <w:num w:numId="17">
    <w:abstractNumId w:val="9"/>
  </w:num>
  <w:num w:numId="18">
    <w:abstractNumId w:val="16"/>
  </w:num>
  <w:num w:numId="19">
    <w:abstractNumId w:val="13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126B3"/>
    <w:rsid w:val="0029639D"/>
    <w:rsid w:val="00326F90"/>
    <w:rsid w:val="006F5C86"/>
    <w:rsid w:val="00783C71"/>
    <w:rsid w:val="008F713C"/>
    <w:rsid w:val="009A7130"/>
    <w:rsid w:val="009C5BD6"/>
    <w:rsid w:val="00AA1D8D"/>
    <w:rsid w:val="00B47730"/>
    <w:rsid w:val="00B61F50"/>
    <w:rsid w:val="00C21515"/>
    <w:rsid w:val="00CB0664"/>
    <w:rsid w:val="00F07480"/>
    <w:rsid w:val="00F6055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26823C"/>
  <w14:defaultImageDpi w14:val="300"/>
  <w15:docId w15:val="{1D60EE9B-36DB-477F-81A8-CC76DA370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TMLCode">
    <w:name w:val="HTML Code"/>
    <w:basedOn w:val="DefaultParagraphFont"/>
    <w:uiPriority w:val="99"/>
    <w:semiHidden/>
    <w:unhideWhenUsed/>
    <w:rsid w:val="009A7130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83C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63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1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2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6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9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76E32E-7398-4AD5-AAA8-07011B1C1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8</Pages>
  <Words>1472</Words>
  <Characters>8393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Master Configuration - DUTAS Job Scheduling System</vt:lpstr>
    </vt:vector>
  </TitlesOfParts>
  <Manager/>
  <Company/>
  <LinksUpToDate>false</LinksUpToDate>
  <CharactersWithSpaces>9846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Master Configuration - DUTAS Job Scheduling System</dc:title>
  <dc:subject/>
  <dc:creator>DUTAS Automation</dc:creator>
  <cp:keywords/>
  <dc:description>generated by python-docx</dc:description>
  <cp:lastModifiedBy>Neeraj Kumar</cp:lastModifiedBy>
  <cp:revision>6</cp:revision>
  <dcterms:created xsi:type="dcterms:W3CDTF">2025-10-05T15:37:00Z</dcterms:created>
  <dcterms:modified xsi:type="dcterms:W3CDTF">2025-10-06T11:45:00Z</dcterms:modified>
  <cp:category/>
</cp:coreProperties>
</file>